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🔎 מצא/י מישהו ש…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🎒 יסודי · כותבים בכל משבצת שם – כל שם פעם אחת בלבד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יודע/ת לספור עד 10 בשפה אחרת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יש לו/לה תחביב מיוחד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אוהב/ת לבשל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הצבע האהוב עליו/ה כחול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אוהב/ת גלידת שוקולד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יודע/ת לרכוב על אופניים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אוהב/ת פיצה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השם שלו/ה מתחיל באות מ׳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קרא/ה ספר החודש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יש לו/לה אח או אחות קטנים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צחק/ה היום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עזר/ה למישהו היום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היה/הייתה בים בקיץ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יש לו/לה חיית מחמד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יודע/ת לעשות גלגלון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יש לו/לה סבא או סבתא שגרים רחוק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</w:tbl>
    <w:p>
      <w:pPr>
        <w:bidi/>
        <w:jc w:val="right"/>
      </w:pPr>
      <w:r>
        <w:rPr>
          <w:b/>
          <w:sz w:val="24"/>
          <w:szCs w:val="24"/>
          <w:bCs/>
          <w:rtl/>
        </w:rPr>
        <w:t>השם שלי: ____________</w:t>
      </w:r>
    </w:p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🔎 מצא/י מישהו ש…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🧭 חט״ב · כותבים בכל משבצת שם – כל שם פעם אחת בלבד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אוהב/ת לקום מוקדם בחופש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יש לו/לה חלום לטייל במדינה מסוימת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מדבר/ת יותר משתי שפות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משחק/ת בספורט קבוצתי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אוהב/ת משחקי קופסה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אוהב/ת מתמטיקה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עזר/ה לחבר/ה השבוע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יודע/ת לצייר דמות מצוירת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יודע/ת לבשל מנה אחת טוב במיוחד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מנגן/ת בכלי נגינה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עבר/ה דירה או בית ספר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צילם/ה תמונה שהוא/היא גאה בה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יש לו/לה אותו מספר אחים כמוני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נולד/ה באותו חודש כמוני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מאזין/ה להסכתים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למד/ה משהו חדש לבד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</w:tbl>
    <w:p>
      <w:pPr>
        <w:bidi/>
        <w:jc w:val="right"/>
      </w:pPr>
      <w:r>
        <w:rPr>
          <w:b/>
          <w:sz w:val="24"/>
          <w:szCs w:val="24"/>
          <w:bCs/>
          <w:rtl/>
        </w:rPr>
        <w:t>השם שלי: ____________</w:t>
      </w:r>
    </w:p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🔎 מצא/י מישהו ש…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🎓 חט״ע · כותבים בכל משבצת שם – כל שם פעם אחת בלבד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814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יודע/ת לבשל ארוחה שלמה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עזר/ה לאדם זר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חולם/ת לפתוח מיזם משלו/ה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ניגן/ה או הופיע/ה מול קהל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מתנדב/ת באופן קבוע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</w:tr>
      <w:tr>
        <w:trPr>
          <w:trHeight w:val="1814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התגבר/ה על אתגר השנה וגאה בזה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מדבר/ת שלוש שפות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יודע/ת מה הוא/היא רוצה ללמוד בעתיד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עשה/תה משהו מפחיד בשביל מטרה חשובה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יודע/ת לתקן דברים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</w:tr>
      <w:tr>
        <w:trPr>
          <w:trHeight w:val="1814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גר/ה פעם בעיר אחרת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עובד/ת או עבד/ה בעבודה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⭐ חינם – כולנו חלק!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שינה/תה דעה בעקבות שיחה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מדריך/ה או הדריך/ה ילדים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</w:tr>
      <w:tr>
        <w:trPr>
          <w:trHeight w:val="1814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אוהב/ת צילום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מתעניין/ת במדע ובחלל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יש לו/לה דמות מעוררת השראה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שינה/תה הרגל השנה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קרא/ה ספר ששינה לו/לה מחשבה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</w:tr>
      <w:tr>
        <w:trPr>
          <w:trHeight w:val="1814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אוהב/ת טיולים בטבע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אוהב/ת לכתוב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מתאמן/ת באופן קבוע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לימד/ה מישהו משהו חדש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יודע/ת לבשל ארוחה שלמה</w:t>
            </w:r>
          </w:p>
          <w:p>
            <w:pPr>
              <w:bidi/>
              <w:jc w:val="center"/>
            </w:pPr>
            <w:r>
              <w:rPr>
                <w:b w:val="0"/>
                <w:sz w:val="20"/>
                <w:szCs w:val="20"/>
                <w:rtl/>
              </w:rPr>
              <w:t>שם: _______</w:t>
            </w:r>
          </w:p>
        </w:tc>
      </w:tr>
    </w:tbl>
    <w:p>
      <w:pPr>
        <w:bidi/>
        <w:jc w:val="right"/>
      </w:pPr>
      <w:r>
        <w:rPr>
          <w:b/>
          <w:sz w:val="24"/>
          <w:szCs w:val="24"/>
          <w:bCs/>
          <w:rtl/>
        </w:rPr>
        <w:t>השם שלי: ____________</w:t>
      </w:r>
    </w:p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🔎 מצא/י מישהו ש…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🟢 עולים · כותבים בכל משבצת שם – כל שם פעם אחת בלבד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👨‍👩‍👧 יֵשׁ לוֹ/לָהּ אָח אוֹ אָחוֹת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🍫 אוֹהֵב/ת שׁוֹקוֹלָד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🎨 אוֹהֵב/ת לְצַיֵּר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💃 אוֹהֵב/ת לִרְקֹד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😊 שָׂמֵחַ/שְׂמֵחָה הַיּוֹם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🔤 יוֹדֵעַ/ת מִלָּה בְּשָׂפָה אַחֶרֶת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🐱 יֵשׁ לוֹ/לָהּ חָתוּל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🐶 אוֹהֵב/ת כְּלָבִים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🎮 אוֹהֵב/ת מִשְׂחָקִים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📚 אוֹהֵב/ת לִקְרֹא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🌞 אוֹהֵב/ת קַיִץ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🏠 גָּר/ה קָרוֹב לְבֵית הַסֵּפֶר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  <w:tr>
        <w:trPr>
          <w:trHeight w:val="2268"/>
        </w:trPr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❄️ אוֹהֵב/ת חֹרֶף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🚲 רוֹכֵב/ת עַל אוֹפַנַּיִם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🗣️ מְדַבֵּר/ת שְׁתֵּי שָׂפוֹת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🎂 נוֹלַד/ה בַּקַּיִץ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szCs w:val="22"/>
                <w:rtl/>
              </w:rPr>
              <w:t>שם: _______</w:t>
            </w:r>
          </w:p>
        </w:tc>
      </w:tr>
    </w:tbl>
    <w:p>
      <w:pPr>
        <w:bidi/>
        <w:jc w:val="right"/>
      </w:pPr>
      <w:r>
        <w:rPr>
          <w:b/>
          <w:sz w:val="24"/>
          <w:szCs w:val="24"/>
          <w:bCs/>
          <w:rtl/>
        </w:rPr>
        <w:t>השם שלי: ____________</w:t>
      </w:r>
    </w:p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🔎 מצא/י מישהו ש…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💜 חנ״מ · כותבים בכל משבצת שם – כל שם פעם אחת בלבד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311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🎵 אוהב/ת מוזיקה</w:t>
            </w:r>
          </w:p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שם: _______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👕 לובש/ת כחול</w:t>
            </w:r>
          </w:p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שם: _______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🌞 אוהב/ת שמש</w:t>
            </w:r>
          </w:p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שם: _______</w:t>
            </w:r>
          </w:p>
        </w:tc>
      </w:tr>
      <w:tr>
        <w:trPr>
          <w:trHeight w:val="311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😄 שמח/ה היום</w:t>
            </w:r>
          </w:p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שם: _______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⭐ חינם – כולנו חלק!</w:t>
            </w:r>
          </w:p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שם: _______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🎨 אוהב/ת לצייר</w:t>
            </w:r>
          </w:p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שם: _______</w:t>
            </w:r>
          </w:p>
        </w:tc>
      </w:tr>
      <w:tr>
        <w:trPr>
          <w:trHeight w:val="311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🐶 אוהב/ת כלבים</w:t>
            </w:r>
          </w:p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שם: _______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🚌 בא/ה באוטובוס</w:t>
            </w:r>
          </w:p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שם: _______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🎂 יום הולדת בחורף</w:t>
            </w:r>
          </w:p>
          <w:p>
            <w:pPr>
              <w:bidi/>
              <w:jc w:val="center"/>
            </w:pPr>
            <w:r>
              <w:rPr>
                <w:b w:val="0"/>
                <w:sz w:val="32"/>
                <w:szCs w:val="32"/>
                <w:rtl/>
              </w:rPr>
              <w:t>שם: _______</w:t>
            </w:r>
          </w:p>
        </w:tc>
      </w:tr>
    </w:tbl>
    <w:p>
      <w:pPr>
        <w:bidi/>
        <w:jc w:val="right"/>
      </w:pPr>
      <w:r>
        <w:rPr>
          <w:b/>
          <w:sz w:val="24"/>
          <w:szCs w:val="24"/>
          <w:bCs/>
          <w:rtl/>
        </w:rPr>
        <w:t>השם שלי: ____________</w:t>
      </w:r>
    </w:p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