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/>
          <w:color w:val="5A3FE0"/>
          <w:sz w:val="40"/>
          <w:szCs w:val="40"/>
          <w:bCs/>
          <w:rtl/>
        </w:rPr>
        <w:t>💌 כרטיסי מחמאה</w:t>
      </w:r>
    </w:p>
    <w:p>
      <w:pPr>
        <w:bidi/>
        <w:jc w:val="center"/>
      </w:pPr>
      <w:r>
        <w:rPr>
          <w:b w:val="0"/>
          <w:color w:val="6B6390"/>
          <w:sz w:val="22"/>
          <w:szCs w:val="22"/>
          <w:rtl/>
        </w:rPr>
        <w:t>גוזרים · כותבים מחמאה אמיתית וספציפית · מקפלים · נותנים למורה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948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אני אוהב/ת שאת/ה…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תמיד שמתי לב שאת/ה…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</w:tr>
      <w:tr>
        <w:trPr>
          <w:trHeight w:val="2948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הכיתה שלנו טובה יותר כי את/ה…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הייתי רוצה ללמוד ממך…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</w:tr>
      <w:tr>
        <w:trPr>
          <w:trHeight w:val="2948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כשאת/ה בסביבה אני מרגיש/ה…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הכוח שאני רואה בך הוא…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</w:tr>
      <w:tr>
        <w:trPr>
          <w:trHeight w:val="2948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תודה שפעם…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את/ה מצליח/ה ל…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</w:tr>
    </w:tbl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p>
      <w:r>
        <w:br w:type="page"/>
      </w:r>
    </w:p>
    <w:p>
      <w:pPr>
        <w:bidi/>
        <w:jc w:val="center"/>
      </w:pPr>
      <w:r>
        <w:rPr>
          <w:b/>
          <w:color w:val="5A3FE0"/>
          <w:sz w:val="40"/>
          <w:szCs w:val="40"/>
          <w:bCs/>
          <w:rtl/>
        </w:rPr>
        <w:t>💌 כַּרְטִיסֵי מַחְמָאָה</w:t>
      </w:r>
    </w:p>
    <w:p>
      <w:pPr>
        <w:bidi/>
        <w:jc w:val="center"/>
      </w:pPr>
      <w:r>
        <w:rPr>
          <w:b w:val="0"/>
          <w:color w:val="6B6390"/>
          <w:sz w:val="22"/>
          <w:szCs w:val="22"/>
          <w:rtl/>
        </w:rPr>
        <w:t>גוזרים · כותבים מחמאה אמיתית וספציפית · מקפלים · נותנים למורה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948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אֲנִי אוֹהֵב/ת שֶׁאַתָּה/אַתְּ…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אַתָּה/אַתְּ טוֹב/ה בְּ…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</w:tr>
      <w:tr>
        <w:trPr>
          <w:trHeight w:val="2948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תּוֹדָה שֶׁ…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אַתָּה/אַתְּ חָבֵר/ה טוֹב/ה כִּי…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</w:tr>
      <w:tr>
        <w:trPr>
          <w:trHeight w:val="2948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אֲנִי אוֹהֵב/ת שֶׁאַתָּה/אַתְּ…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אַתָּה/אַתְּ טוֹב/ה בְּ…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</w:tr>
      <w:tr>
        <w:trPr>
          <w:trHeight w:val="2948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תּוֹדָה שֶׁ…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אַתָּה/אַתְּ חָבֵר/ה טוֹב/ה כִּי…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</w:tr>
    </w:tbl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p>
      <w:r>
        <w:br w:type="page"/>
      </w:r>
    </w:p>
    <w:p>
      <w:pPr>
        <w:bidi/>
        <w:jc w:val="center"/>
      </w:pPr>
      <w:r>
        <w:rPr>
          <w:b/>
          <w:color w:val="5A3FE0"/>
          <w:sz w:val="40"/>
          <w:szCs w:val="40"/>
          <w:bCs/>
          <w:rtl/>
        </w:rPr>
        <w:t>💌 כרטיסי מחמאה – חנ״מ</w:t>
      </w:r>
    </w:p>
    <w:p>
      <w:pPr>
        <w:bidi/>
        <w:jc w:val="center"/>
      </w:pPr>
      <w:r>
        <w:rPr>
          <w:b w:val="0"/>
          <w:color w:val="6B6390"/>
          <w:sz w:val="22"/>
          <w:szCs w:val="22"/>
          <w:rtl/>
        </w:rPr>
        <w:t>גוזרים · כותבים מחמאה אמיתית וספציפית · מקפלים · נותנים למורה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948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😊 את/ה נחמד/ה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🤝 את/ה עוזר/ת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</w:tr>
      <w:tr>
        <w:trPr>
          <w:trHeight w:val="2948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😂 את/ה מצחיק/ה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💪 את/ה חזק/ה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</w:tr>
      <w:tr>
        <w:trPr>
          <w:trHeight w:val="2948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🎨 את/ה יצירתי/ת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💛 אני שמח/ה שאת/ה פה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</w:tr>
      <w:tr>
        <w:trPr>
          <w:trHeight w:val="2948"/>
        </w:trPr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💛 תודה ש…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/>
                <w:sz w:val="24"/>
                <w:szCs w:val="24"/>
                <w:bCs/>
                <w:rtl/>
              </w:rPr>
              <w:t>💌 ⭐ את/ה…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</w:t>
            </w:r>
          </w:p>
          <w:p>
            <w:pPr>
              <w:bidi/>
              <w:jc w:val="right"/>
            </w:pPr>
            <w:r>
              <w:rPr>
                <w:b w:val="0"/>
                <w:sz w:val="24"/>
                <w:szCs w:val="24"/>
                <w:rtl/>
              </w:rPr>
              <w:t>מחמאה אנונימית</w:t>
            </w:r>
          </w:p>
        </w:tc>
      </w:tr>
    </w:tbl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p>
      <w:r>
        <w:br w:type="page"/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