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center"/>
      </w:pPr>
      <w:r>
        <w:rPr>
          <w:b/>
          <w:color w:val="5A3FE0"/>
          <w:sz w:val="44"/>
          <w:szCs w:val="44"/>
          <w:bCs/>
          <w:rtl/>
        </w:rPr>
        <w:t>👩‍🏫 הפאזל הכיתתי – מערכי שיעור</w:t>
      </w:r>
    </w:p>
    <w:p>
      <w:pPr>
        <w:bidi/>
        <w:jc w:val="center"/>
      </w:pPr>
      <w:r>
        <w:rPr>
          <w:b w:val="0"/>
          <w:color w:val="6B6390"/>
          <w:sz w:val="24"/>
          <w:szCs w:val="24"/>
          <w:rtl/>
        </w:rPr>
        <w:t>שיעור חברה לגיבוש הכיתה · 45 דקות לכל רמה + גרסת 90 דקות</w:t>
      </w:r>
    </w:p>
    <w:p>
      <w:pPr>
        <w:bidi/>
        <w:jc w:val="right"/>
      </w:pPr>
      <w:r>
        <w:rPr>
          <w:b/>
          <w:color w:val="5A3FE0"/>
          <w:sz w:val="32"/>
          <w:szCs w:val="32"/>
          <w:bCs/>
          <w:rtl/>
        </w:rPr>
        <w:t>🎯 מטרות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• כל תלמיד/ה יזהה כוח אחד שלו/ה ויציג אותו לכיתה.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• גילוי מכנים משותפים, גם עם תלמידים חדשים.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• חוויית הצלחה משותפת: ״אף חלק לא שלם לבד״.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• חיזוק ערוץ החברה והשייכות (גש״ר מאח״ד), ויסות (עש״ן ד״ק) ותמיכה בחבר/ה (מעש״ה).</w:t>
      </w:r>
    </w:p>
    <w:p>
      <w:pPr>
        <w:bidi/>
        <w:jc w:val="right"/>
      </w:pPr>
      <w:r>
        <w:rPr>
          <w:b/>
          <w:color w:val="5A3FE0"/>
          <w:sz w:val="32"/>
          <w:szCs w:val="32"/>
          <w:bCs/>
          <w:rtl/>
        </w:rPr>
        <w:t>🛟 כללי המרחב הבטוח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1. מקשיבים בלי לקטוע.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2. לא צוחקים על אף אחד/ת – צוחקים יחד.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3. מה שנאמר במעגל – נשאר במעגל.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4. מותר לא לשתף.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5. מדברים בגוף ראשון: ״אני מרגיש/ה…״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6. שומרים על הגוף ועל הרגש של כולם.</w:t>
      </w:r>
    </w:p>
    <w:p>
      <w:r>
        <w:br w:type="page"/>
      </w:r>
    </w:p>
    <w:p>
      <w:pPr>
        <w:bidi/>
        <w:jc w:val="right"/>
      </w:pPr>
      <w:r>
        <w:rPr>
          <w:b/>
          <w:color w:val="5A3FE0"/>
          <w:sz w:val="36"/>
          <w:szCs w:val="36"/>
          <w:bCs/>
          <w:rtl/>
        </w:rPr>
        <w:t>🎒 מערך 45 דקות – יסודי</w:t>
      </w:r>
    </w:p>
    <w:p>
      <w:pPr>
        <w:bidi/>
        <w:jc w:val="right"/>
      </w:pPr>
      <w:r>
        <w:rPr>
          <w:b w:val="0"/>
          <w:color w:val="6B6390"/>
          <w:sz w:val="22"/>
          <w:szCs w:val="22"/>
          <w:rtl/>
        </w:rPr>
        <w:t>כיתות א׳–ו׳ · משחקי תנועה, צבעים ומשפטים קצרים. הרבה הדגמה, הרבה תנועה, הרבה מחמאות.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793"/>
        <w:gridCol w:w="2268"/>
        <w:gridCol w:w="7144"/>
      </w:tblGrid>
      <w:tr>
        <w:tc>
          <w:tcPr>
            <w:tcW w:type="dxa" w:w="794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דק׳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שלב</w:t>
            </w:r>
          </w:p>
        </w:tc>
        <w:tc>
          <w:tcPr>
            <w:tcW w:type="dxa" w:w="7143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מה עושים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5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פתיחה מוארת</w:t>
            </w:r>
          </w:p>
        </w:tc>
        <w:tc>
          <w:tcPr>
            <w:tcW w:type="dxa" w:w="7143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מקרינים את שקופית הפתיחה. שואלים: ״מה קורה לפאזל אם חסר חלק אחד?״ – מקשיבים לכמה תשובות.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8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החלק שלי</w:t>
            </w:r>
          </w:p>
        </w:tc>
        <w:tc>
          <w:tcPr>
            <w:tcW w:type="dxa" w:w="7143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כל ילד/ה מקבל/ת חלק פאזל (ריק או מונחה) וממלא/ת: כוח שלי, משהו שאני אוהב/ת, מה אני מביא/ה לכיתה. מותר לצייר!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8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מצא/י מישהו ש…</w:t>
            </w:r>
          </w:p>
        </w:tc>
        <w:tc>
          <w:tcPr>
            <w:tcW w:type="dxa" w:w="7143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בינגו תנועה בכיתה: מסתובבים, שואלים, ממלאים שמות. מי שמשלים/ה שורה – צועק/ת ״פאזל!״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10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מרכיבים יחד</w:t>
            </w:r>
          </w:p>
        </w:tc>
        <w:tc>
          <w:tcPr>
            <w:tcW w:type="dxa" w:w="7143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כל ילד/ה מדביק/ה את החלק שלו/ה על הלוח (או מקליד/ה בפאזל הדיגיטלי). כשהכול מחובר – מקריאים יחד: ״אף חלק לא שלם לבד!״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9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שיח קצר</w:t>
            </w:r>
          </w:p>
        </w:tc>
        <w:tc>
          <w:tcPr>
            <w:tcW w:type="dxa" w:w="7143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מה גילינו על הכיתה? מה עוזר לכולם להרגיש חלק? (3–4 תשובות, לא כולם חייבים)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5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מחמאה בהגרלה</w:t>
            </w:r>
          </w:p>
        </w:tc>
        <w:tc>
          <w:tcPr>
            <w:tcW w:type="dxa" w:w="7143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כל אחד/ת מגריל/ה שם וכותב/ת מחמאה אנונימית. המורה מחלק/ת בסוף היום.</w:t>
            </w:r>
          </w:p>
        </w:tc>
      </w:tr>
    </w:tbl>
    <w:p>
      <w:pPr>
        <w:bidi/>
        <w:jc w:val="right"/>
      </w:pPr>
      <w:r>
        <w:rPr>
          <w:b/>
          <w:color w:val="5A3FE0"/>
          <w:sz w:val="28"/>
          <w:szCs w:val="28"/>
          <w:bCs/>
          <w:rtl/>
        </w:rPr>
        <w:t>🔧 דגשים למסלול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• משפטים קצרים ומשחקי תנועה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• הרבה צבע, ציור על חלקי הפאזל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• בינגו 4×4 עם שאלות מוכרות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• מחמאות בעל פה במעגל ״כיסא הזהב״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• תעודה צבעונית לכל ילד/ה</w:t>
      </w:r>
    </w:p>
    <w:p>
      <w:r>
        <w:br w:type="page"/>
      </w:r>
    </w:p>
    <w:p>
      <w:pPr>
        <w:bidi/>
        <w:jc w:val="right"/>
      </w:pPr>
      <w:r>
        <w:rPr>
          <w:b/>
          <w:color w:val="5A3FE0"/>
          <w:sz w:val="36"/>
          <w:szCs w:val="36"/>
          <w:bCs/>
          <w:rtl/>
        </w:rPr>
        <w:t>🧭 מערך 45 דקות – חט״ב</w:t>
      </w:r>
    </w:p>
    <w:p>
      <w:pPr>
        <w:bidi/>
        <w:jc w:val="right"/>
      </w:pPr>
      <w:r>
        <w:rPr>
          <w:b w:val="0"/>
          <w:color w:val="6B6390"/>
          <w:sz w:val="22"/>
          <w:szCs w:val="22"/>
          <w:rtl/>
        </w:rPr>
        <w:t>כיתות ז׳–ט׳ · גיבוש בקבוצות קטנות, אתגרים שיתופיים, שיח על שייכות ועל ״מה אני מביא/ה לקבוצה״.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793"/>
        <w:gridCol w:w="2268"/>
        <w:gridCol w:w="7144"/>
      </w:tblGrid>
      <w:tr>
        <w:tc>
          <w:tcPr>
            <w:tcW w:type="dxa" w:w="794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דק׳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שלב</w:t>
            </w:r>
          </w:p>
        </w:tc>
        <w:tc>
          <w:tcPr>
            <w:tcW w:type="dxa" w:w="7143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מה עושים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5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פתיחה</w:t>
            </w:r>
          </w:p>
        </w:tc>
        <w:tc>
          <w:tcPr>
            <w:tcW w:type="dxa" w:w="7143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שקופית פתיחה + שאלה: ״מה גורם לקבוצה להיות יותר מסכום החלקים שלה?״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7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החלק שלי</w:t>
            </w:r>
          </w:p>
        </w:tc>
        <w:tc>
          <w:tcPr>
            <w:tcW w:type="dxa" w:w="7143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מילוי חלק פאזל: חוזקה, תחום עניין, תרומה לקבוצה. אפשר בפאזל הדיגיטלי מהטלפון.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8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מצא/י מישהו ש…</w:t>
            </w:r>
          </w:p>
        </w:tc>
        <w:tc>
          <w:tcPr>
            <w:tcW w:type="dxa" w:w="7143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בינגו 4×4 – מותר שם אחד רק פעם אחת על הלוח.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10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אתגר שיתופי</w:t>
            </w:r>
          </w:p>
        </w:tc>
        <w:tc>
          <w:tcPr>
            <w:tcW w:type="dxa" w:w="7143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״פאזל בשקט״ או ״מגדל הכיתה״ בקבוצות של 4–5.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10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הרכבה ושיח</w:t>
            </w:r>
          </w:p>
        </w:tc>
        <w:tc>
          <w:tcPr>
            <w:tcW w:type="dxa" w:w="7143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הרכבת הפאזל הכיתתי ושיח: מה ראינו באתגר? מה הכוח של הכיתה? מה עוד חסר לנו?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5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סגירה</w:t>
            </w:r>
          </w:p>
        </w:tc>
        <w:tc>
          <w:tcPr>
            <w:tcW w:type="dxa" w:w="7143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מחמאה אנונימית בהגרלה + משפט אחד לקיר ״אני שייך/ת כי…״.</w:t>
            </w:r>
          </w:p>
        </w:tc>
      </w:tr>
    </w:tbl>
    <w:p>
      <w:pPr>
        <w:bidi/>
        <w:jc w:val="right"/>
      </w:pPr>
      <w:r>
        <w:rPr>
          <w:b/>
          <w:color w:val="5A3FE0"/>
          <w:sz w:val="28"/>
          <w:szCs w:val="28"/>
          <w:bCs/>
          <w:rtl/>
        </w:rPr>
        <w:t>🔧 דגשים למסלול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• אתגרים שיתופיים בקבוצות קטנות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• בינגו 4×4–5×5 עם שאלות המשך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• שיח על תפקידים בקבוצה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• מחמאות אנונימיות בהגרלה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• קיר ״אני שייך/ת כי…״ בהקרנה</w:t>
      </w:r>
    </w:p>
    <w:p>
      <w:r>
        <w:br w:type="page"/>
      </w:r>
    </w:p>
    <w:p>
      <w:pPr>
        <w:bidi/>
        <w:jc w:val="right"/>
      </w:pPr>
      <w:r>
        <w:rPr>
          <w:b/>
          <w:color w:val="5A3FE0"/>
          <w:sz w:val="36"/>
          <w:szCs w:val="36"/>
          <w:bCs/>
          <w:rtl/>
        </w:rPr>
        <w:t>🎓 מערך 45 דקות – חט״ע</w:t>
      </w:r>
    </w:p>
    <w:p>
      <w:pPr>
        <w:bidi/>
        <w:jc w:val="right"/>
      </w:pPr>
      <w:r>
        <w:rPr>
          <w:b w:val="0"/>
          <w:color w:val="6B6390"/>
          <w:sz w:val="22"/>
          <w:szCs w:val="22"/>
          <w:rtl/>
        </w:rPr>
        <w:t>כיתות י׳–י״ב · שיח עמוק יותר: ערכים, אחריות משותפת, אמנה כיתתית שהתלמידים מנסחים בעצמם.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793"/>
        <w:gridCol w:w="2268"/>
        <w:gridCol w:w="7144"/>
      </w:tblGrid>
      <w:tr>
        <w:tc>
          <w:tcPr>
            <w:tcW w:type="dxa" w:w="794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דק׳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שלב</w:t>
            </w:r>
          </w:p>
        </w:tc>
        <w:tc>
          <w:tcPr>
            <w:tcW w:type="dxa" w:w="7143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מה עושים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5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פתיחה</w:t>
            </w:r>
          </w:p>
        </w:tc>
        <w:tc>
          <w:tcPr>
            <w:tcW w:type="dxa" w:w="7143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שקופית פתיחה + ציטוט משלנו: ״כל חלק בפאזל שונה – ובגלל זה הוא מתחבר״. שאלה: מתי הרגשתם חלק ממשהו גדול?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7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החלק שלי</w:t>
            </w:r>
          </w:p>
        </w:tc>
        <w:tc>
          <w:tcPr>
            <w:tcW w:type="dxa" w:w="7143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חלק פאזל מונחה: חוזקה, ערך שחשוב לי, מה אני מביא/ה לכיתה בשנה הזו.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8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מצא/י מישהו ש…</w:t>
            </w:r>
          </w:p>
        </w:tc>
        <w:tc>
          <w:tcPr>
            <w:tcW w:type="dxa" w:w="7143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בינגו 5×5 בשאלות עמוקות יותר + שאלת המשך אחת לכל שם.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12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הדבק הכיתתי</w:t>
            </w:r>
          </w:p>
        </w:tc>
        <w:tc>
          <w:tcPr>
            <w:tcW w:type="dxa" w:w="7143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בקבוצות: כל קבוצה מנסחת 2 סעיפים לאמנה הכיתתית. הצבעה ובחירת 6–8 סעיפים.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8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הרכבה ושיח</w:t>
            </w:r>
          </w:p>
        </w:tc>
        <w:tc>
          <w:tcPr>
            <w:tcW w:type="dxa" w:w="7143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מרכיבים את הפאזל, ושואלים: מה האחריות של כל אחד/ת לשלמות הפאזל?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5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סגירה</w:t>
            </w:r>
          </w:p>
        </w:tc>
        <w:tc>
          <w:tcPr>
            <w:tcW w:type="dxa" w:w="7143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מחמאה אנונימית בהגרלה + חתימה על האמנה.</w:t>
            </w:r>
          </w:p>
        </w:tc>
      </w:tr>
    </w:tbl>
    <w:p>
      <w:pPr>
        <w:bidi/>
        <w:jc w:val="right"/>
      </w:pPr>
      <w:r>
        <w:rPr>
          <w:b/>
          <w:color w:val="5A3FE0"/>
          <w:sz w:val="28"/>
          <w:szCs w:val="28"/>
          <w:bCs/>
          <w:rtl/>
        </w:rPr>
        <w:t>🔧 דגשים למסלול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• חלק פאזל מונחה: חוזקה + ערך + תרומה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• אמנה כיתתית שהתלמידים מנסחים בעצמם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• שיח על אחריות משותפת ומעש״ה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• אתגר עם ״צופה״ שמתעד/ת התנהגויות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• אפשרות להוביל את השיעור בידי תלמידים</w:t>
      </w:r>
    </w:p>
    <w:p>
      <w:r>
        <w:br w:type="page"/>
      </w:r>
    </w:p>
    <w:p>
      <w:pPr>
        <w:bidi/>
        <w:jc w:val="right"/>
      </w:pPr>
      <w:r>
        <w:rPr>
          <w:b/>
          <w:color w:val="5A3FE0"/>
          <w:sz w:val="36"/>
          <w:szCs w:val="36"/>
          <w:bCs/>
          <w:rtl/>
        </w:rPr>
        <w:t>🟢 מערך 45 דקות – עולים</w:t>
      </w:r>
    </w:p>
    <w:p>
      <w:pPr>
        <w:bidi/>
        <w:jc w:val="right"/>
      </w:pPr>
      <w:r>
        <w:rPr>
          <w:b w:val="0"/>
          <w:color w:val="6B6390"/>
          <w:sz w:val="22"/>
          <w:szCs w:val="22"/>
          <w:rtl/>
        </w:rPr>
        <w:t>עברית קלה + ניקוד · עברית קלה עם ניקוד, כרטיסי תמונה, הדגמה לפני הסבר – ו״הדרך שבאתי ממנה״: שיתוף בכבוד ובבחירה.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793"/>
        <w:gridCol w:w="2268"/>
        <w:gridCol w:w="7144"/>
      </w:tblGrid>
      <w:tr>
        <w:tc>
          <w:tcPr>
            <w:tcW w:type="dxa" w:w="794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דק׳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שלב</w:t>
            </w:r>
          </w:p>
        </w:tc>
        <w:tc>
          <w:tcPr>
            <w:tcW w:type="dxa" w:w="7143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מה עושים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5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פתיחה בתמונה</w:t>
            </w:r>
          </w:p>
        </w:tc>
        <w:tc>
          <w:tcPr>
            <w:tcW w:type="dxa" w:w="7143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מראים תמונת פאזל ושואלים: ״מָה זֶה?״ – לומדים 5 מילים: פַּאזֶל, חֵלֶק, כִּתָּה, יַחַד, חָבֵר/ה.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8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הַחֵלֶק שֶׁלִּי</w:t>
            </w:r>
          </w:p>
        </w:tc>
        <w:tc>
          <w:tcPr>
            <w:tcW w:type="dxa" w:w="7143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ממלאים חלק פאזל עם כרטיסי תמונה וצ׳יפים: כֹּחַ שֶׁלִּי, אֲנִי אוֹהֵב/ת, אֲנִי מֵבִיא/ה. מותר לכתוב גם בשפת האם.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10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הַדֶּרֶךְ שֶׁבָּאתִי מִמֶּנָּה</w:t>
            </w:r>
          </w:p>
        </w:tc>
        <w:tc>
          <w:tcPr>
            <w:tcW w:type="dxa" w:w="7143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מי שרוצה משתף/ת: מאיפה באתי, מילה מהשפה שלי, מאכל מהבית. שיתוף בבחירה בלבד.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8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מְצָא/י מִישֶׁהוּ שֶׁ…</w:t>
            </w:r>
          </w:p>
        </w:tc>
        <w:tc>
          <w:tcPr>
            <w:tcW w:type="dxa" w:w="7143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בינגו תמונות 4×4 עם ניקוד – קוראים יחד לפני שמתחילים.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9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מַרְכִּיבִים יַחַד</w:t>
            </w:r>
          </w:p>
        </w:tc>
        <w:tc>
          <w:tcPr>
            <w:tcW w:type="dxa" w:w="7143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מחברים את הפאזל וקוראים יחד: ״אַף חֵלֶק לֹא שָׁלֵם לְבַד!״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5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סִיּוּם</w:t>
            </w:r>
          </w:p>
        </w:tc>
        <w:tc>
          <w:tcPr>
            <w:tcW w:type="dxa" w:w="7143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כל אחד/ת אומר/ת משפט: ״אֲנִי שַׁיָּךְ/שַׁיֶּכֶת כִּי…״</w:t>
            </w:r>
          </w:p>
        </w:tc>
      </w:tr>
    </w:tbl>
    <w:p>
      <w:pPr>
        <w:bidi/>
        <w:jc w:val="right"/>
      </w:pPr>
      <w:r>
        <w:rPr>
          <w:b/>
          <w:color w:val="5A3FE0"/>
          <w:sz w:val="28"/>
          <w:szCs w:val="28"/>
          <w:bCs/>
          <w:rtl/>
        </w:rPr>
        <w:t>🔧 דגשים למסלול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• ניקוד מלא בכותרות ובמשפטים מרכזיים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• כרטיסי תמונה וצ׳יפים לבחירה במקום כתיבה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• הדגמה לפני הסבר, אוצר מילים על הלוח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• ״הדרך שבאתי ממנה״ – שיתוף בבחירה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• מותר לכתוב גם בשפת האם</w:t>
      </w:r>
    </w:p>
    <w:p>
      <w:r>
        <w:br w:type="page"/>
      </w:r>
    </w:p>
    <w:p>
      <w:pPr>
        <w:bidi/>
        <w:jc w:val="right"/>
      </w:pPr>
      <w:r>
        <w:rPr>
          <w:b/>
          <w:color w:val="5A3FE0"/>
          <w:sz w:val="36"/>
          <w:szCs w:val="36"/>
          <w:bCs/>
          <w:rtl/>
        </w:rPr>
        <w:t>💜 מערך 45 דקות – חנ״מ</w:t>
      </w:r>
    </w:p>
    <w:p>
      <w:pPr>
        <w:bidi/>
        <w:jc w:val="right"/>
      </w:pPr>
      <w:r>
        <w:rPr>
          <w:b w:val="0"/>
          <w:color w:val="6B6390"/>
          <w:sz w:val="22"/>
          <w:szCs w:val="22"/>
          <w:rtl/>
        </w:rPr>
        <w:t>פשוט · חזותי · חושי · מעט שלבים, הרבה תמונות, חלקי פאזל גדולים ומוחשיים, בחירה באצבע במקום כתיבה.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793"/>
        <w:gridCol w:w="2268"/>
        <w:gridCol w:w="7144"/>
      </w:tblGrid>
      <w:tr>
        <w:tc>
          <w:tcPr>
            <w:tcW w:type="dxa" w:w="794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דק׳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שלב</w:t>
            </w:r>
          </w:p>
        </w:tc>
        <w:tc>
          <w:tcPr>
            <w:tcW w:type="dxa" w:w="7143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מה עושים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5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פתיחה חושית</w:t>
            </w:r>
          </w:p>
        </w:tc>
        <w:tc>
          <w:tcPr>
            <w:tcW w:type="dxa" w:w="7143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מעבירים במעגל חלק פאזל גדול ומוחשי (קרטון/ספוג). כל אחד/ת נוגע/ת ואומר/ת שם.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12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החלק שלי</w:t>
            </w:r>
          </w:p>
        </w:tc>
        <w:tc>
          <w:tcPr>
            <w:tcW w:type="dxa" w:w="7143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בוחרים 2–3 תמונות (באצבע או במדבקה) ומדביקים על חלק פאזל גדול. המורה כותב/ת מילה מתחת.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10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מרכיבים יחד</w:t>
            </w:r>
          </w:p>
        </w:tc>
        <w:tc>
          <w:tcPr>
            <w:tcW w:type="dxa" w:w="7143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כל ילד/ה מביא/ה את החלק ללוח/לשטיח. מוחאים כפיים לכל חלק!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10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משחק תנועה</w:t>
            </w:r>
          </w:p>
        </w:tc>
        <w:tc>
          <w:tcPr>
            <w:tcW w:type="dxa" w:w="7143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״השורה השקטה״ לפי צבע חולצה או ״רשת הכיתה״ עם כדור גדול.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8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סיום רגוע</w:t>
            </w:r>
          </w:p>
        </w:tc>
        <w:tc>
          <w:tcPr>
            <w:tcW w:type="dxa" w:w="7143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נשימה יחד (״מריחים פרח, מכבים נר״), ומשפט: ״אני חלק מהכיתה״ + מדבקת פאזל לכל ילד/ה.</w:t>
            </w:r>
          </w:p>
        </w:tc>
      </w:tr>
    </w:tbl>
    <w:p>
      <w:pPr>
        <w:bidi/>
        <w:jc w:val="right"/>
      </w:pPr>
      <w:r>
        <w:rPr>
          <w:b/>
          <w:color w:val="5A3FE0"/>
          <w:sz w:val="28"/>
          <w:szCs w:val="28"/>
          <w:bCs/>
          <w:rtl/>
        </w:rPr>
        <w:t>🔧 דגשים למסלול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• 3–4 שלבים בלבד, סדר יום מצויר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• חלקי פאזל גדולים ומוחשיים (קרטון/ספוג)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• בחירה בתמונה או באצבע במקום כתיבה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• בינגו 3×3 עם אימוג׳י גדול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• פעילות חושית ורגיעה בסוף</w:t>
      </w:r>
    </w:p>
    <w:p>
      <w:r>
        <w:br w:type="page"/>
      </w:r>
    </w:p>
    <w:p>
      <w:pPr>
        <w:bidi/>
        <w:jc w:val="right"/>
      </w:pPr>
      <w:r>
        <w:rPr>
          <w:b/>
          <w:color w:val="5A3FE0"/>
          <w:sz w:val="36"/>
          <w:szCs w:val="36"/>
          <w:bCs/>
          <w:rtl/>
        </w:rPr>
        <w:t>⏱️ גרסת 90 דקות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45 הדקות הראשונות לפי הרמה, ואחריהן: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793"/>
        <w:gridCol w:w="2268"/>
        <w:gridCol w:w="7144"/>
      </w:tblGrid>
      <w:tr>
        <w:tc>
          <w:tcPr>
            <w:tcW w:type="dxa" w:w="794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דק׳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שלב</w:t>
            </w:r>
          </w:p>
        </w:tc>
        <w:tc>
          <w:tcPr>
            <w:tcW w:type="dxa" w:w="7143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מה עושים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10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עץ החוזקות</w:t>
            </w:r>
          </w:p>
        </w:tc>
        <w:tc>
          <w:tcPr>
            <w:tcW w:type="dxa" w:w="7143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כל אחד/ת מוסיף/ה עלה לעץ: שם + חוזקה שראה/תה אצל חבר/ה.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15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אתגר שיתופי שני</w:t>
            </w:r>
          </w:p>
        </w:tc>
        <w:tc>
          <w:tcPr>
            <w:tcW w:type="dxa" w:w="7143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״משימת הצלה״ או ״רשת הכיתה״ + שיח על אחריות משותפת.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10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שניים אמת ואחד שקר</w:t>
            </w:r>
          </w:p>
        </w:tc>
        <w:tc>
          <w:tcPr>
            <w:tcW w:type="dxa" w:w="7143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סבב בקבוצות קטנות – מכירים פנים חדשות זה בזה.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10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הדבק הכיתתי</w:t>
            </w:r>
          </w:p>
        </w:tc>
        <w:tc>
          <w:tcPr>
            <w:tcW w:type="dxa" w:w="7143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בניית האמנה הכיתתית בפועל, הדפסה וחתימה.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5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>
              <w:rPr>
                <w:b/>
                <w:sz w:val="22"/>
                <w:szCs w:val="22"/>
                <w:bCs/>
                <w:rtl/>
              </w:rPr>
              <w:t>טקס סיום</w:t>
            </w:r>
          </w:p>
        </w:tc>
        <w:tc>
          <w:tcPr>
            <w:tcW w:type="dxa" w:w="7143"/>
          </w:tcPr>
          <w:p>
            <w:pPr>
              <w:bidi/>
              <w:jc w:val="right"/>
            </w:pPr>
            <w:r>
              <w:rPr>
                <w:b w:val="0"/>
                <w:sz w:val="22"/>
                <w:szCs w:val="22"/>
                <w:rtl/>
              </w:rPr>
              <w:t>מעגל המשפט האחד + תעודת ״חלק מהפאזל״.</w:t>
            </w:r>
          </w:p>
        </w:tc>
      </w:tr>
    </w:tbl>
    <w:p>
      <w:pPr>
        <w:bidi/>
        <w:jc w:val="right"/>
      </w:pPr>
      <w:r>
        <w:rPr>
          <w:b/>
          <w:color w:val="5A3FE0"/>
          <w:sz w:val="32"/>
          <w:szCs w:val="32"/>
          <w:bCs/>
          <w:rtl/>
        </w:rPr>
        <w:t>💡 טיפים להנחיה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• מתחילים ומסיימים במעגל – זה מסמן ״מרחב בטוח״.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• מדגימים קודם בעצמכם: המורה ממלא/ת חלק פאזל ראשון/ה. זה מוריד מבוכה.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• שיתוף הוא תמיד בבחירה: ״פס״ זו תשובה מכובדת.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• שמים לב למי שעומד/ת בצד בבינגו – מזמינים בעדינות, או נותנים תפקיד (״שופט/ת הבינגו״).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• מחמאות אנונימיות עוברות דרך המורה – קוראים לפני החלוקה.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• בכיתה עם עולים: מילים חדשות על הלוח עם ניקוד ותמונה, ושיתוף על ״הדרך שבאתי ממנה״ רק למי שרוצה – לא כל סיפור עלייה קל לשתף.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• בחנ״מ: פחות שלבים, יותר חזרה. סדר יום מצויר על הלוח ושעון חזותי.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• שומרים את הפאזל על הקיר כל השנה – ומוסיפים חלק לכל תלמיד/ה חדש/ה שמצטרף/ת.</w:t>
      </w:r>
    </w:p>
    <w:p>
      <w:pPr>
        <w:bidi/>
        <w:jc w:val="right"/>
      </w:pPr>
      <w:r>
        <w:rPr>
          <w:b/>
          <w:color w:val="5A3FE0"/>
          <w:sz w:val="32"/>
          <w:szCs w:val="32"/>
          <w:bCs/>
          <w:rtl/>
        </w:rPr>
        <w:t>🛡️ מודלי החוסן בשיעור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🌉 גש״ר מאח״ד: שש דרכים להתמודד: גוף · שכל · רגש · מערכת אמונות · חברה · דמיון. בשיעור הזה אנחנו מחזקים במיוחד את ערוץ החברה – תחושת השייכות. ובאתגרים השיתופיים מפעילים גם גוף, שכל ודמיון.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🌬️ עש״ן ד״ק: כלי לוויסות עצמי כשהרגש מציף: עוצרים, משחררים שרירים, נושמים ומדברים לעצמנו – ורק אז מגיבים. מצוין לפני שיתוף מרגש, וכשאתגר שיתופי מתסכל.</w:t>
      </w:r>
    </w:p>
    <w:p>
      <w:pPr>
        <w:bidi/>
        <w:jc w:val="right"/>
      </w:pPr>
      <w:r>
        <w:rPr>
          <w:b w:val="0"/>
          <w:sz w:val="24"/>
          <w:szCs w:val="24"/>
          <w:rtl/>
        </w:rPr>
        <w:t>🤲 מעש״ה: מבט · עידוד · שאלות · הובלה – איך ניגשים לחבר/ה שמתקשה. בשיח הסיכום שואלים: ״איך נשתמש במעש״ה כשמישהו/י בכיתה מרגיש/ה מחוץ לפאזל?״</w:t>
      </w:r>
    </w:p>
    <w:p>
      <w:r>
        <w:br w:type="page"/>
      </w:r>
    </w:p>
    <w:p>
      <w:pPr>
        <w:bidi/>
        <w:jc w:val="right"/>
      </w:pPr>
      <w:r>
        <w:rPr>
          <w:b/>
          <w:color w:val="5A3FE0"/>
          <w:sz w:val="36"/>
          <w:szCs w:val="36"/>
          <w:bCs/>
          <w:rtl/>
        </w:rPr>
        <w:t>🎬 מתווה המצגת – שקופית אחר שקופית</w:t>
      </w:r>
    </w:p>
    <w:p>
      <w:pPr>
        <w:bidi/>
        <w:jc w:val="right"/>
      </w:pPr>
      <w:r>
        <w:rPr>
          <w:b w:val="0"/>
          <w:color w:val="6B6390"/>
          <w:sz w:val="22"/>
          <w:szCs w:val="22"/>
          <w:rtl/>
        </w:rPr>
        <w:t>בסגנון סרט אנימציה תלת־ממדי מואר</w:t>
      </w:r>
    </w:p>
    <w:p>
      <w:pPr>
        <w:bidi/>
        <w:jc w:val="right"/>
      </w:pPr>
      <w:r>
        <w:rPr>
          <w:b/>
          <w:sz w:val="26"/>
          <w:szCs w:val="26"/>
          <w:bCs/>
          <w:rtl/>
        </w:rPr>
        <w:t>שקופית 1: הפאזל הכיתתי</w:t>
      </w:r>
    </w:p>
    <w:p>
      <w:pPr>
        <w:bidi/>
        <w:jc w:val="right"/>
      </w:pPr>
      <w:r>
        <w:rPr>
          <w:b w:val="0"/>
          <w:sz w:val="22"/>
          <w:szCs w:val="22"/>
          <w:rtl/>
        </w:rPr>
        <w:t>📝 כל אחד/ת – חלק חשוב 🧩</w:t>
      </w:r>
    </w:p>
    <w:p>
      <w:pPr>
        <w:bidi/>
        <w:jc w:val="right"/>
      </w:pPr>
      <w:r>
        <w:rPr>
          <w:b w:val="0"/>
          <w:sz w:val="22"/>
          <w:szCs w:val="22"/>
          <w:rtl/>
        </w:rPr>
        <w:t>🎨 כיתה מוארת בשמש בוקר זהובה, שישה ילדים שונים ומחייכים מחברים חלקי פאזל זוהרים לצורת לב על הקיר; מצלמה מתקרבת לאט; חלקיקי אור מרחפים.</w:t>
      </w:r>
    </w:p>
    <w:p>
      <w:pPr>
        <w:bidi/>
        <w:jc w:val="right"/>
      </w:pPr>
      <w:r>
        <w:rPr>
          <w:b w:val="0"/>
          <w:color w:val="6B6390"/>
          <w:sz w:val="22"/>
          <w:szCs w:val="22"/>
          <w:rtl/>
        </w:rPr>
        <w:t>🗣️ פותחים באור: ״היום נגלה שכל אחד ואחת מאיתנו הוא חלק שאי אפשר בלעדיו.״</w:t>
      </w:r>
    </w:p>
    <w:p>
      <w:pPr>
        <w:bidi/>
        <w:jc w:val="right"/>
      </w:pPr>
      <w:r>
        <w:rPr>
          <w:b/>
          <w:sz w:val="26"/>
          <w:szCs w:val="26"/>
          <w:bCs/>
          <w:rtl/>
        </w:rPr>
        <w:t>שקופית 2: מה קורה לפאזל כשחסר חלק?</w:t>
      </w:r>
    </w:p>
    <w:p>
      <w:pPr>
        <w:bidi/>
        <w:jc w:val="right"/>
      </w:pPr>
      <w:r>
        <w:rPr>
          <w:b w:val="0"/>
          <w:sz w:val="22"/>
          <w:szCs w:val="22"/>
          <w:rtl/>
        </w:rPr>
        <w:t>📝 רגע של מחשבה… 🤔</w:t>
      </w:r>
    </w:p>
    <w:p>
      <w:pPr>
        <w:bidi/>
        <w:jc w:val="right"/>
      </w:pPr>
      <w:r>
        <w:rPr>
          <w:b w:val="0"/>
          <w:sz w:val="22"/>
          <w:szCs w:val="22"/>
          <w:rtl/>
        </w:rPr>
        <w:t>🎨 פאזל גדול על הרצפה עם חור אחד באמצע; ילדה מרימה את החלק האחרון ומחזיקה אותו מול האור; הבעת סקרנות.</w:t>
      </w:r>
    </w:p>
    <w:p>
      <w:pPr>
        <w:bidi/>
        <w:jc w:val="right"/>
      </w:pPr>
      <w:r>
        <w:rPr>
          <w:b w:val="0"/>
          <w:color w:val="6B6390"/>
          <w:sz w:val="22"/>
          <w:szCs w:val="22"/>
          <w:rtl/>
        </w:rPr>
        <w:t>🗣️ שאלה פתוחה, 3–4 תשובות. מכוונים ל״הוא לא שלם – גם אם חסר חלק קטן אחד״.</w:t>
      </w:r>
    </w:p>
    <w:p>
      <w:pPr>
        <w:bidi/>
        <w:jc w:val="right"/>
      </w:pPr>
      <w:r>
        <w:rPr>
          <w:b/>
          <w:sz w:val="26"/>
          <w:szCs w:val="26"/>
          <w:bCs/>
          <w:rtl/>
        </w:rPr>
        <w:t>שקופית 3: החלק שלי</w:t>
      </w:r>
    </w:p>
    <w:p>
      <w:pPr>
        <w:bidi/>
        <w:jc w:val="right"/>
      </w:pPr>
      <w:r>
        <w:rPr>
          <w:b w:val="0"/>
          <w:sz w:val="22"/>
          <w:szCs w:val="22"/>
          <w:rtl/>
        </w:rPr>
        <w:t>📝 💪 כוח שלי · ❤️ משהו שאני אוהב/ת · 🎁 מה אני מביא/ה לכיתה</w:t>
      </w:r>
    </w:p>
    <w:p>
      <w:pPr>
        <w:bidi/>
        <w:jc w:val="right"/>
      </w:pPr>
      <w:r>
        <w:rPr>
          <w:b w:val="0"/>
          <w:sz w:val="22"/>
          <w:szCs w:val="22"/>
          <w:rtl/>
        </w:rPr>
        <w:t>🎨 תקריב של ילד מצייר על חלק פאזל גדול – לב, כוכב ושמש; צבעים עזים, טיפות טוש על השולחן.</w:t>
      </w:r>
    </w:p>
    <w:p>
      <w:pPr>
        <w:bidi/>
        <w:jc w:val="right"/>
      </w:pPr>
      <w:r>
        <w:rPr>
          <w:b w:val="0"/>
          <w:color w:val="6B6390"/>
          <w:sz w:val="22"/>
          <w:szCs w:val="22"/>
          <w:rtl/>
        </w:rPr>
        <w:t>🗣️ מחלקים חלקי פאזל או פותחים את הפאזל הדיגיטלי. המורה מדגים/ה ראשון/ה.</w:t>
      </w:r>
    </w:p>
    <w:p>
      <w:pPr>
        <w:bidi/>
        <w:jc w:val="right"/>
      </w:pPr>
      <w:r>
        <w:rPr>
          <w:b/>
          <w:sz w:val="26"/>
          <w:szCs w:val="26"/>
          <w:bCs/>
          <w:rtl/>
        </w:rPr>
        <w:t>שקופית 4: מצא/י מישהו ש…</w:t>
      </w:r>
    </w:p>
    <w:p>
      <w:pPr>
        <w:bidi/>
        <w:jc w:val="right"/>
      </w:pPr>
      <w:r>
        <w:rPr>
          <w:b w:val="0"/>
          <w:sz w:val="22"/>
          <w:szCs w:val="22"/>
          <w:rtl/>
        </w:rPr>
        <w:t>📝 מסתובבים · שואלים · מגלים מה משותף לנו</w:t>
      </w:r>
    </w:p>
    <w:p>
      <w:pPr>
        <w:bidi/>
        <w:jc w:val="right"/>
      </w:pPr>
      <w:r>
        <w:rPr>
          <w:b w:val="0"/>
          <w:sz w:val="22"/>
          <w:szCs w:val="22"/>
          <w:rtl/>
        </w:rPr>
        <w:t>🎨 כיתה תוססת, ילדים נותנים כיף, צוחקים ומגלים דמיון; תנועה דינמית, אור חלונות רחב.</w:t>
      </w:r>
    </w:p>
    <w:p>
      <w:pPr>
        <w:bidi/>
        <w:jc w:val="right"/>
      </w:pPr>
      <w:r>
        <w:rPr>
          <w:b w:val="0"/>
          <w:color w:val="6B6390"/>
          <w:sz w:val="22"/>
          <w:szCs w:val="22"/>
          <w:rtl/>
        </w:rPr>
        <w:t>🗣️ בינגו תנועה, 5–8 דקות. שם אחד – פעם אחת בלבד בלוח.</w:t>
      </w:r>
    </w:p>
    <w:p>
      <w:pPr>
        <w:bidi/>
        <w:jc w:val="right"/>
      </w:pPr>
      <w:r>
        <w:rPr>
          <w:b/>
          <w:sz w:val="26"/>
          <w:szCs w:val="26"/>
          <w:bCs/>
          <w:rtl/>
        </w:rPr>
        <w:t>שקופית 5: אתגר: ביחד זה אפשרי</w:t>
      </w:r>
    </w:p>
    <w:p>
      <w:pPr>
        <w:bidi/>
        <w:jc w:val="right"/>
      </w:pPr>
      <w:r>
        <w:rPr>
          <w:b w:val="0"/>
          <w:sz w:val="22"/>
          <w:szCs w:val="22"/>
          <w:rtl/>
        </w:rPr>
        <w:t>📝 פאזל בשקט · מגדל הכיתה · משימת הצלה</w:t>
      </w:r>
    </w:p>
    <w:p>
      <w:pPr>
        <w:bidi/>
        <w:jc w:val="right"/>
      </w:pPr>
      <w:r>
        <w:rPr>
          <w:b w:val="0"/>
          <w:sz w:val="22"/>
          <w:szCs w:val="22"/>
          <w:rtl/>
        </w:rPr>
        <w:t>🎨 ארבעה ילדים בונים מגדל כוסות מתנדנד; אחד מחזיק את הבסיס, אחר מניח בזהירות את הכוס העליונה; רגע מתח מצחיק.</w:t>
      </w:r>
    </w:p>
    <w:p>
      <w:pPr>
        <w:bidi/>
        <w:jc w:val="right"/>
      </w:pPr>
      <w:r>
        <w:rPr>
          <w:b w:val="0"/>
          <w:color w:val="6B6390"/>
          <w:sz w:val="22"/>
          <w:szCs w:val="22"/>
          <w:rtl/>
        </w:rPr>
        <w:t>🗣️ בוחרים אתגר אחד. מפעילים טיימר. חשוב: שיח קצר אחרי.</w:t>
      </w:r>
    </w:p>
    <w:p>
      <w:pPr>
        <w:bidi/>
        <w:jc w:val="right"/>
      </w:pPr>
      <w:r>
        <w:rPr>
          <w:b/>
          <w:sz w:val="26"/>
          <w:szCs w:val="26"/>
          <w:bCs/>
          <w:rtl/>
        </w:rPr>
        <w:t>שקופית 6: מרכיבים את הפאזל</w:t>
      </w:r>
    </w:p>
    <w:p>
      <w:pPr>
        <w:bidi/>
        <w:jc w:val="right"/>
      </w:pPr>
      <w:r>
        <w:rPr>
          <w:b w:val="0"/>
          <w:sz w:val="22"/>
          <w:szCs w:val="22"/>
          <w:rtl/>
        </w:rPr>
        <w:t>📝 כל חלק מתחבר – ונוצרת תמונה אחת</w:t>
      </w:r>
    </w:p>
    <w:p>
      <w:pPr>
        <w:bidi/>
        <w:jc w:val="right"/>
      </w:pPr>
      <w:r>
        <w:rPr>
          <w:b w:val="0"/>
          <w:sz w:val="22"/>
          <w:szCs w:val="22"/>
          <w:rtl/>
        </w:rPr>
        <w:t>🎨 חלקי פאזל עפים מכל הכיוונים ונצמדים בקליק זוהר לתמונה אחת גדולה על הלוח.</w:t>
      </w:r>
    </w:p>
    <w:p>
      <w:pPr>
        <w:bidi/>
        <w:jc w:val="right"/>
      </w:pPr>
      <w:r>
        <w:rPr>
          <w:b w:val="0"/>
          <w:color w:val="6B6390"/>
          <w:sz w:val="22"/>
          <w:szCs w:val="22"/>
          <w:rtl/>
        </w:rPr>
        <w:t>🗣️ מעבירים למצב הקרנה בפאזל הדיגיטלי, או מדביקים חלקים על הלוח.</w:t>
      </w:r>
    </w:p>
    <w:p>
      <w:pPr>
        <w:bidi/>
        <w:jc w:val="right"/>
      </w:pPr>
      <w:r>
        <w:rPr>
          <w:b/>
          <w:sz w:val="26"/>
          <w:szCs w:val="26"/>
          <w:bCs/>
          <w:rtl/>
        </w:rPr>
        <w:t>שקופית 7: אף חלק לא שלם לבד</w:t>
      </w:r>
    </w:p>
    <w:p>
      <w:pPr>
        <w:bidi/>
        <w:jc w:val="right"/>
      </w:pPr>
      <w:r>
        <w:rPr>
          <w:b w:val="0"/>
          <w:sz w:val="22"/>
          <w:szCs w:val="22"/>
          <w:rtl/>
        </w:rPr>
        <w:t>📝 ביחד אנחנו תמונה שלמה ✨</w:t>
      </w:r>
    </w:p>
    <w:p>
      <w:pPr>
        <w:bidi/>
        <w:jc w:val="right"/>
      </w:pPr>
      <w:r>
        <w:rPr>
          <w:b w:val="0"/>
          <w:sz w:val="22"/>
          <w:szCs w:val="22"/>
          <w:rtl/>
        </w:rPr>
        <w:t>🎨 הפאזל השלם זוהר; הילדים עומדים מולו במעגל ומחזיקים ידיים; קונפטי עדין.</w:t>
      </w:r>
    </w:p>
    <w:p>
      <w:pPr>
        <w:bidi/>
        <w:jc w:val="right"/>
      </w:pPr>
      <w:r>
        <w:rPr>
          <w:b w:val="0"/>
          <w:color w:val="6B6390"/>
          <w:sz w:val="22"/>
          <w:szCs w:val="22"/>
          <w:rtl/>
        </w:rPr>
        <w:t>🗣️ קוראים יחד בקול. רגע של שקט והסתכלות על הפאזל.</w:t>
      </w:r>
    </w:p>
    <w:p>
      <w:pPr>
        <w:bidi/>
        <w:jc w:val="right"/>
      </w:pPr>
      <w:r>
        <w:rPr>
          <w:b/>
          <w:sz w:val="26"/>
          <w:szCs w:val="26"/>
          <w:bCs/>
          <w:rtl/>
        </w:rPr>
        <w:t>שקופית 8: שיח: מה גילינו?</w:t>
      </w:r>
    </w:p>
    <w:p>
      <w:pPr>
        <w:bidi/>
        <w:jc w:val="right"/>
      </w:pPr>
      <w:r>
        <w:rPr>
          <w:b w:val="0"/>
          <w:sz w:val="22"/>
          <w:szCs w:val="22"/>
          <w:rtl/>
        </w:rPr>
        <w:t>📝 מה הפתיע אותי? · מתי אני מרגיש/ה חלק? · איך נשמור שכולם ירגישו חלק?</w:t>
      </w:r>
    </w:p>
    <w:p>
      <w:pPr>
        <w:bidi/>
        <w:jc w:val="right"/>
      </w:pPr>
      <w:r>
        <w:rPr>
          <w:b w:val="0"/>
          <w:sz w:val="22"/>
          <w:szCs w:val="22"/>
          <w:rtl/>
        </w:rPr>
        <w:t>🎨 מעגל ישיבה רך על שטיח, אור אחר צהריים חמים, לבבות זוהרים קטנים מרחפים מעל.</w:t>
      </w:r>
    </w:p>
    <w:p>
      <w:pPr>
        <w:bidi/>
        <w:jc w:val="right"/>
      </w:pPr>
      <w:r>
        <w:rPr>
          <w:b w:val="0"/>
          <w:color w:val="6B6390"/>
          <w:sz w:val="22"/>
          <w:szCs w:val="22"/>
          <w:rtl/>
        </w:rPr>
        <w:t>🗣️ מזכירים את כללי המרחב הבטוח. מותר לא לשתף.</w:t>
      </w:r>
    </w:p>
    <w:p>
      <w:pPr>
        <w:bidi/>
        <w:jc w:val="right"/>
      </w:pPr>
      <w:r>
        <w:rPr>
          <w:b/>
          <w:sz w:val="26"/>
          <w:szCs w:val="26"/>
          <w:bCs/>
          <w:rtl/>
        </w:rPr>
        <w:t>שקופית 9: עץ החוזקות</w:t>
      </w:r>
    </w:p>
    <w:p>
      <w:pPr>
        <w:bidi/>
        <w:jc w:val="right"/>
      </w:pPr>
      <w:r>
        <w:rPr>
          <w:b w:val="0"/>
          <w:sz w:val="22"/>
          <w:szCs w:val="22"/>
          <w:rtl/>
        </w:rPr>
        <w:t>📝 איזה כוח ראיתי אצל חבר/ה?</w:t>
      </w:r>
    </w:p>
    <w:p>
      <w:pPr>
        <w:bidi/>
        <w:jc w:val="right"/>
      </w:pPr>
      <w:r>
        <w:rPr>
          <w:b w:val="0"/>
          <w:sz w:val="22"/>
          <w:szCs w:val="22"/>
          <w:rtl/>
        </w:rPr>
        <w:t>🎨 עץ נייר ענק על קיר הכיתה; ילדים מצמידים עלים צבעוניים שמתחילים לנצנץ.</w:t>
      </w:r>
    </w:p>
    <w:p>
      <w:pPr>
        <w:bidi/>
        <w:jc w:val="right"/>
      </w:pPr>
      <w:r>
        <w:rPr>
          <w:b w:val="0"/>
          <w:color w:val="6B6390"/>
          <w:sz w:val="22"/>
          <w:szCs w:val="22"/>
          <w:rtl/>
        </w:rPr>
        <w:t>🗣️ אופציונלי בשיעור הכפול: כל אחד/ת מוסיף/ה עלה.</w:t>
      </w:r>
    </w:p>
    <w:p>
      <w:pPr>
        <w:bidi/>
        <w:jc w:val="right"/>
      </w:pPr>
      <w:r>
        <w:rPr>
          <w:b/>
          <w:sz w:val="26"/>
          <w:szCs w:val="26"/>
          <w:bCs/>
          <w:rtl/>
        </w:rPr>
        <w:t>שקופית 10: הדבק הכיתתי</w:t>
      </w:r>
    </w:p>
    <w:p>
      <w:pPr>
        <w:bidi/>
        <w:jc w:val="right"/>
      </w:pPr>
      <w:r>
        <w:rPr>
          <w:b w:val="0"/>
          <w:sz w:val="22"/>
          <w:szCs w:val="22"/>
          <w:rtl/>
        </w:rPr>
        <w:t>📝 מה יחזיק אותנו יחד כל השנה?</w:t>
      </w:r>
    </w:p>
    <w:p>
      <w:pPr>
        <w:bidi/>
        <w:jc w:val="right"/>
      </w:pPr>
      <w:r>
        <w:rPr>
          <w:b w:val="0"/>
          <w:sz w:val="22"/>
          <w:szCs w:val="22"/>
          <w:rtl/>
        </w:rPr>
        <w:t>🎨 ידיים צבועות בצבעי גואש מוטבעות על בריסטול לבן גדול; צחוק, צנצנות צבע על הרצפה.</w:t>
      </w:r>
    </w:p>
    <w:p>
      <w:pPr>
        <w:bidi/>
        <w:jc w:val="right"/>
      </w:pPr>
      <w:r>
        <w:rPr>
          <w:b w:val="0"/>
          <w:color w:val="6B6390"/>
          <w:sz w:val="22"/>
          <w:szCs w:val="22"/>
          <w:rtl/>
        </w:rPr>
        <w:t>🗣️ בוחרים יחד סעיפים לאמנת הכיתה וחותמים.</w:t>
      </w:r>
    </w:p>
    <w:p>
      <w:pPr>
        <w:bidi/>
        <w:jc w:val="right"/>
      </w:pPr>
      <w:r>
        <w:rPr>
          <w:b/>
          <w:sz w:val="26"/>
          <w:szCs w:val="26"/>
          <w:bCs/>
          <w:rtl/>
        </w:rPr>
        <w:t>שקופית 11: מחמאה בהגרלה</w:t>
      </w:r>
    </w:p>
    <w:p>
      <w:pPr>
        <w:bidi/>
        <w:jc w:val="right"/>
      </w:pPr>
      <w:r>
        <w:rPr>
          <w:b w:val="0"/>
          <w:sz w:val="22"/>
          <w:szCs w:val="22"/>
          <w:rtl/>
        </w:rPr>
        <w:t>📝 כל אחד/ת מגריל/ה שם וכותב/ת מחמאה אנונימית 💌</w:t>
      </w:r>
    </w:p>
    <w:p>
      <w:pPr>
        <w:bidi/>
        <w:jc w:val="right"/>
      </w:pPr>
      <w:r>
        <w:rPr>
          <w:b w:val="0"/>
          <w:sz w:val="22"/>
          <w:szCs w:val="22"/>
          <w:rtl/>
        </w:rPr>
        <w:t>🎨 פתקים מקופלים יוצאים מקופסה צבעונית; ילדה קוראת פתק ומסמיקה מחיוך.</w:t>
      </w:r>
    </w:p>
    <w:p>
      <w:pPr>
        <w:bidi/>
        <w:jc w:val="right"/>
      </w:pPr>
      <w:r>
        <w:rPr>
          <w:b w:val="0"/>
          <w:color w:val="6B6390"/>
          <w:sz w:val="22"/>
          <w:szCs w:val="22"/>
          <w:rtl/>
        </w:rPr>
        <w:t>🗣️ אוספים את הפתקים, קוראים, ומחלקים בסוף היום.</w:t>
      </w:r>
    </w:p>
    <w:p>
      <w:pPr>
        <w:bidi/>
        <w:jc w:val="right"/>
      </w:pPr>
      <w:r>
        <w:rPr>
          <w:b/>
          <w:sz w:val="26"/>
          <w:szCs w:val="26"/>
          <w:bCs/>
          <w:rtl/>
        </w:rPr>
        <w:t>שקופית 12: אני חלק מהפאזל!</w:t>
      </w:r>
    </w:p>
    <w:p>
      <w:pPr>
        <w:bidi/>
        <w:jc w:val="right"/>
      </w:pPr>
      <w:r>
        <w:rPr>
          <w:b w:val="0"/>
          <w:sz w:val="22"/>
          <w:szCs w:val="22"/>
          <w:rtl/>
        </w:rPr>
        <w:t>📝 תודה שאתם כאן – כל אחד ואחת מכם 💛</w:t>
      </w:r>
    </w:p>
    <w:p>
      <w:pPr>
        <w:bidi/>
        <w:jc w:val="right"/>
      </w:pPr>
      <w:r>
        <w:rPr>
          <w:b w:val="0"/>
          <w:sz w:val="22"/>
          <w:szCs w:val="22"/>
          <w:rtl/>
        </w:rPr>
        <w:t>🎨 כל הכיתה במעגל סביב הפאזל הזוהר, נצנוצים באוויר, מצלמה עולה למעלה לתמונת מבט־על.</w:t>
      </w:r>
    </w:p>
    <w:p>
      <w:pPr>
        <w:bidi/>
        <w:jc w:val="right"/>
      </w:pPr>
      <w:r>
        <w:rPr>
          <w:b w:val="0"/>
          <w:color w:val="6B6390"/>
          <w:sz w:val="22"/>
          <w:szCs w:val="22"/>
          <w:rtl/>
        </w:rPr>
        <w:t>🗣️ טקס סיום: משפט אחד במעגל + תעודת ״חלק מהפאזל״.</w:t>
      </w:r>
    </w:p>
    <w:p>
      <w:pPr>
        <w:bidi/>
        <w:jc w:val="center"/>
      </w:pPr>
      <w:r>
        <w:rPr>
          <w:b w:val="0"/>
          <w:color w:val="888888"/>
          <w:sz w:val="18"/>
          <w:szCs w:val="18"/>
          <w:rtl/>
        </w:rPr>
        <w:t>הפאזל הכיתתי · יצרה: רוית ראש בן ישי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