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bidi/>
        <w:jc w:val="center"/>
      </w:pPr>
      <w:r>
        <w:rPr>
          <w:b/>
          <w:color w:val="5A3FE0"/>
          <w:sz w:val="40"/>
          <w:szCs w:val="40"/>
          <w:bCs/>
          <w:rtl/>
        </w:rPr>
        <w:t>🧩 החלק שלי – חלק מונחה</w:t>
      </w:r>
    </w:p>
    <w:p>
      <w:pPr>
        <w:bidi/>
        <w:jc w:val="center"/>
      </w:pPr>
      <w:r>
        <w:rPr>
          <w:b w:val="0"/>
          <w:color w:val="6B6390"/>
          <w:sz w:val="22"/>
          <w:szCs w:val="22"/>
          <w:rtl/>
        </w:rPr>
        <w:t>גוזרים, ממלאים ומחברים לפאזל הכיתתי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5103"/>
        <w:gridCol w:w="5103"/>
      </w:tblGrid>
      <w:tr>
        <w:trPr>
          <w:trHeight w:val="4082"/>
        </w:trPr>
        <w:tc>
          <w:tcPr>
            <w:tcW w:type="dxa" w:w="5103"/>
          </w:tcPr>
          <w:p>
            <w:pPr>
              <w:bidi/>
              <w:spacing w:before="360"/>
              <w:jc w:val="center"/>
            </w:pPr>
            <w:r>
              <w:rPr>
                <w:b/>
                <w:sz w:val="24"/>
                <w:szCs w:val="24"/>
                <w:bCs/>
                <w:rtl/>
              </w:rPr>
              <w:t>שם: __________</w:t>
            </w:r>
          </w:p>
          <w:p>
            <w:pPr>
              <w:bidi/>
              <w:jc w:val="center"/>
            </w:pPr>
            <w:r>
              <w:rPr>
                <w:b w:val="0"/>
                <w:sz w:val="24"/>
                <w:szCs w:val="24"/>
                <w:rtl/>
              </w:rPr>
              <w:t>💪 כוח שלי: ______________</w:t>
            </w:r>
          </w:p>
          <w:p>
            <w:pPr>
              <w:bidi/>
              <w:jc w:val="center"/>
            </w:pPr>
            <w:r>
              <w:rPr>
                <w:b w:val="0"/>
                <w:sz w:val="24"/>
                <w:szCs w:val="24"/>
                <w:rtl/>
              </w:rPr>
              <w:t>❤️ משהו שאני אוהב/ת: ______________</w:t>
            </w:r>
          </w:p>
          <w:p>
            <w:pPr>
              <w:bidi/>
              <w:jc w:val="center"/>
            </w:pPr>
            <w:r>
              <w:rPr>
                <w:b w:val="0"/>
                <w:sz w:val="24"/>
                <w:szCs w:val="24"/>
                <w:rtl/>
              </w:rPr>
              <w:t>🎁 מה אני מביא/ה לכיתה: ______________</w:t>
            </w:r>
          </w:p>
        </w:tc>
        <w:tc>
          <w:tcPr>
            <w:tcW w:type="dxa" w:w="5103"/>
          </w:tcPr>
          <w:p>
            <w:pPr>
              <w:bidi/>
              <w:spacing w:before="360"/>
              <w:jc w:val="center"/>
            </w:pPr>
            <w:r>
              <w:rPr>
                <w:b/>
                <w:sz w:val="24"/>
                <w:szCs w:val="24"/>
                <w:bCs/>
                <w:rtl/>
              </w:rPr>
              <w:t>שם: __________</w:t>
            </w:r>
          </w:p>
          <w:p>
            <w:pPr>
              <w:bidi/>
              <w:jc w:val="center"/>
            </w:pPr>
            <w:r>
              <w:rPr>
                <w:b w:val="0"/>
                <w:sz w:val="24"/>
                <w:szCs w:val="24"/>
                <w:rtl/>
              </w:rPr>
              <w:t>💪 כוח שלי: ______________</w:t>
            </w:r>
          </w:p>
          <w:p>
            <w:pPr>
              <w:bidi/>
              <w:jc w:val="center"/>
            </w:pPr>
            <w:r>
              <w:rPr>
                <w:b w:val="0"/>
                <w:sz w:val="24"/>
                <w:szCs w:val="24"/>
                <w:rtl/>
              </w:rPr>
              <w:t>❤️ משהו שאני אוהב/ת: ______________</w:t>
            </w:r>
          </w:p>
          <w:p>
            <w:pPr>
              <w:bidi/>
              <w:jc w:val="center"/>
            </w:pPr>
            <w:r>
              <w:rPr>
                <w:b w:val="0"/>
                <w:sz w:val="24"/>
                <w:szCs w:val="24"/>
                <w:rtl/>
              </w:rPr>
              <w:t>🎁 מה אני מביא/ה לכיתה: ______________</w:t>
            </w:r>
          </w:p>
        </w:tc>
      </w:tr>
      <w:tr>
        <w:trPr>
          <w:trHeight w:val="4082"/>
        </w:trPr>
        <w:tc>
          <w:tcPr>
            <w:tcW w:type="dxa" w:w="5103"/>
          </w:tcPr>
          <w:p>
            <w:pPr>
              <w:bidi/>
              <w:spacing w:before="360"/>
              <w:jc w:val="center"/>
            </w:pPr>
            <w:r>
              <w:rPr>
                <w:b/>
                <w:sz w:val="24"/>
                <w:szCs w:val="24"/>
                <w:bCs/>
                <w:rtl/>
              </w:rPr>
              <w:t>שם: __________</w:t>
            </w:r>
          </w:p>
          <w:p>
            <w:pPr>
              <w:bidi/>
              <w:jc w:val="center"/>
            </w:pPr>
            <w:r>
              <w:rPr>
                <w:b w:val="0"/>
                <w:sz w:val="24"/>
                <w:szCs w:val="24"/>
                <w:rtl/>
              </w:rPr>
              <w:t>💪 כוח שלי: ______________</w:t>
            </w:r>
          </w:p>
          <w:p>
            <w:pPr>
              <w:bidi/>
              <w:jc w:val="center"/>
            </w:pPr>
            <w:r>
              <w:rPr>
                <w:b w:val="0"/>
                <w:sz w:val="24"/>
                <w:szCs w:val="24"/>
                <w:rtl/>
              </w:rPr>
              <w:t>❤️ משהו שאני אוהב/ת: ______________</w:t>
            </w:r>
          </w:p>
          <w:p>
            <w:pPr>
              <w:bidi/>
              <w:jc w:val="center"/>
            </w:pPr>
            <w:r>
              <w:rPr>
                <w:b w:val="0"/>
                <w:sz w:val="24"/>
                <w:szCs w:val="24"/>
                <w:rtl/>
              </w:rPr>
              <w:t>🎁 מה אני מביא/ה לכיתה: ______________</w:t>
            </w:r>
          </w:p>
        </w:tc>
        <w:tc>
          <w:tcPr>
            <w:tcW w:type="dxa" w:w="5103"/>
          </w:tcPr>
          <w:p>
            <w:pPr>
              <w:bidi/>
              <w:spacing w:before="360"/>
              <w:jc w:val="center"/>
            </w:pPr>
            <w:r>
              <w:rPr>
                <w:b/>
                <w:sz w:val="24"/>
                <w:szCs w:val="24"/>
                <w:bCs/>
                <w:rtl/>
              </w:rPr>
              <w:t>שם: __________</w:t>
            </w:r>
          </w:p>
          <w:p>
            <w:pPr>
              <w:bidi/>
              <w:jc w:val="center"/>
            </w:pPr>
            <w:r>
              <w:rPr>
                <w:b w:val="0"/>
                <w:sz w:val="24"/>
                <w:szCs w:val="24"/>
                <w:rtl/>
              </w:rPr>
              <w:t>💪 כוח שלי: ______________</w:t>
            </w:r>
          </w:p>
          <w:p>
            <w:pPr>
              <w:bidi/>
              <w:jc w:val="center"/>
            </w:pPr>
            <w:r>
              <w:rPr>
                <w:b w:val="0"/>
                <w:sz w:val="24"/>
                <w:szCs w:val="24"/>
                <w:rtl/>
              </w:rPr>
              <w:t>❤️ משהו שאני אוהב/ת: ______________</w:t>
            </w:r>
          </w:p>
          <w:p>
            <w:pPr>
              <w:bidi/>
              <w:jc w:val="center"/>
            </w:pPr>
            <w:r>
              <w:rPr>
                <w:b w:val="0"/>
                <w:sz w:val="24"/>
                <w:szCs w:val="24"/>
                <w:rtl/>
              </w:rPr>
              <w:t>🎁 מה אני מביא/ה לכיתה: ______________</w:t>
            </w:r>
          </w:p>
        </w:tc>
      </w:tr>
      <w:tr>
        <w:trPr>
          <w:trHeight w:val="4082"/>
        </w:trPr>
        <w:tc>
          <w:tcPr>
            <w:tcW w:type="dxa" w:w="5103"/>
          </w:tcPr>
          <w:p>
            <w:pPr>
              <w:bidi/>
              <w:spacing w:before="360"/>
              <w:jc w:val="center"/>
            </w:pPr>
            <w:r>
              <w:rPr>
                <w:b/>
                <w:sz w:val="24"/>
                <w:szCs w:val="24"/>
                <w:bCs/>
                <w:rtl/>
              </w:rPr>
              <w:t>שם: __________</w:t>
            </w:r>
          </w:p>
          <w:p>
            <w:pPr>
              <w:bidi/>
              <w:jc w:val="center"/>
            </w:pPr>
            <w:r>
              <w:rPr>
                <w:b w:val="0"/>
                <w:sz w:val="24"/>
                <w:szCs w:val="24"/>
                <w:rtl/>
              </w:rPr>
              <w:t>💪 כוח שלי: ______________</w:t>
            </w:r>
          </w:p>
          <w:p>
            <w:pPr>
              <w:bidi/>
              <w:jc w:val="center"/>
            </w:pPr>
            <w:r>
              <w:rPr>
                <w:b w:val="0"/>
                <w:sz w:val="24"/>
                <w:szCs w:val="24"/>
                <w:rtl/>
              </w:rPr>
              <w:t>❤️ משהו שאני אוהב/ת: ______________</w:t>
            </w:r>
          </w:p>
          <w:p>
            <w:pPr>
              <w:bidi/>
              <w:jc w:val="center"/>
            </w:pPr>
            <w:r>
              <w:rPr>
                <w:b w:val="0"/>
                <w:sz w:val="24"/>
                <w:szCs w:val="24"/>
                <w:rtl/>
              </w:rPr>
              <w:t>🎁 מה אני מביא/ה לכיתה: ______________</w:t>
            </w:r>
          </w:p>
        </w:tc>
        <w:tc>
          <w:tcPr>
            <w:tcW w:type="dxa" w:w="5103"/>
          </w:tcPr>
          <w:p>
            <w:pPr>
              <w:bidi/>
              <w:spacing w:before="360"/>
              <w:jc w:val="center"/>
            </w:pPr>
            <w:r>
              <w:rPr>
                <w:b/>
                <w:sz w:val="24"/>
                <w:szCs w:val="24"/>
                <w:bCs/>
                <w:rtl/>
              </w:rPr>
              <w:t>שם: __________</w:t>
            </w:r>
          </w:p>
          <w:p>
            <w:pPr>
              <w:bidi/>
              <w:jc w:val="center"/>
            </w:pPr>
            <w:r>
              <w:rPr>
                <w:b w:val="0"/>
                <w:sz w:val="24"/>
                <w:szCs w:val="24"/>
                <w:rtl/>
              </w:rPr>
              <w:t>💪 כוח שלי: ______________</w:t>
            </w:r>
          </w:p>
          <w:p>
            <w:pPr>
              <w:bidi/>
              <w:jc w:val="center"/>
            </w:pPr>
            <w:r>
              <w:rPr>
                <w:b w:val="0"/>
                <w:sz w:val="24"/>
                <w:szCs w:val="24"/>
                <w:rtl/>
              </w:rPr>
              <w:t>❤️ משהו שאני אוהב/ת: ______________</w:t>
            </w:r>
          </w:p>
          <w:p>
            <w:pPr>
              <w:bidi/>
              <w:jc w:val="center"/>
            </w:pPr>
            <w:r>
              <w:rPr>
                <w:b w:val="0"/>
                <w:sz w:val="24"/>
                <w:szCs w:val="24"/>
                <w:rtl/>
              </w:rPr>
              <w:t>🎁 מה אני מביא/ה לכיתה: ______________</w:t>
            </w:r>
          </w:p>
        </w:tc>
      </w:tr>
    </w:tbl>
    <w:p>
      <w:pPr>
        <w:bidi/>
        <w:jc w:val="center"/>
      </w:pPr>
      <w:r>
        <w:rPr>
          <w:b w:val="0"/>
          <w:color w:val="888888"/>
          <w:sz w:val="18"/>
          <w:szCs w:val="18"/>
          <w:rtl/>
        </w:rPr>
        <w:t>הפאזל הכיתתי · יצרה: רוית ראש בן ישי</w:t>
      </w:r>
    </w:p>
    <w:p>
      <w:r>
        <w:br w:type="page"/>
      </w:r>
    </w:p>
    <w:p>
      <w:pPr>
        <w:bidi/>
        <w:jc w:val="center"/>
      </w:pPr>
      <w:r>
        <w:rPr>
          <w:b/>
          <w:color w:val="5A3FE0"/>
          <w:sz w:val="40"/>
          <w:szCs w:val="40"/>
          <w:bCs/>
          <w:rtl/>
        </w:rPr>
        <w:t>🧩 הַחֵלֶק שֶׁלִּי – לְעוֹלִים</w:t>
      </w:r>
    </w:p>
    <w:p>
      <w:pPr>
        <w:bidi/>
        <w:jc w:val="center"/>
      </w:pPr>
      <w:r>
        <w:rPr>
          <w:b w:val="0"/>
          <w:color w:val="6B6390"/>
          <w:sz w:val="22"/>
          <w:szCs w:val="22"/>
          <w:rtl/>
        </w:rPr>
        <w:t>אֶפְשָׁר לִכְתֹּב גַּם בַּשָּׂפָה שֶׁלִּי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5103"/>
        <w:gridCol w:w="5103"/>
      </w:tblGrid>
      <w:tr>
        <w:trPr>
          <w:trHeight w:val="4082"/>
        </w:trPr>
        <w:tc>
          <w:tcPr>
            <w:tcW w:type="dxa" w:w="5103"/>
          </w:tcPr>
          <w:p>
            <w:pPr>
              <w:bidi/>
              <w:spacing w:before="360"/>
              <w:jc w:val="center"/>
            </w:pPr>
            <w:r>
              <w:rPr>
                <w:b/>
                <w:sz w:val="24"/>
                <w:szCs w:val="24"/>
                <w:bCs/>
                <w:rtl/>
              </w:rPr>
              <w:t>שֵׁם: __________</w:t>
            </w:r>
          </w:p>
          <w:p>
            <w:pPr>
              <w:bidi/>
              <w:jc w:val="center"/>
            </w:pPr>
            <w:r>
              <w:rPr>
                <w:b w:val="0"/>
                <w:sz w:val="24"/>
                <w:szCs w:val="24"/>
                <w:rtl/>
              </w:rPr>
              <w:t>💪 כֹּחַ שֶׁלִּי: ______________</w:t>
            </w:r>
          </w:p>
          <w:p>
            <w:pPr>
              <w:bidi/>
              <w:jc w:val="center"/>
            </w:pPr>
            <w:r>
              <w:rPr>
                <w:b w:val="0"/>
                <w:sz w:val="24"/>
                <w:szCs w:val="24"/>
                <w:rtl/>
              </w:rPr>
              <w:t>❤️ אֲנִי אוֹהֵב/ת: ______________</w:t>
            </w:r>
          </w:p>
          <w:p>
            <w:pPr>
              <w:bidi/>
              <w:jc w:val="center"/>
            </w:pPr>
            <w:r>
              <w:rPr>
                <w:b w:val="0"/>
                <w:sz w:val="24"/>
                <w:szCs w:val="24"/>
                <w:rtl/>
              </w:rPr>
              <w:t>🎁 אֲנִי מֵבִיא/ה לַכִּתָּה: ______________</w:t>
            </w:r>
          </w:p>
        </w:tc>
        <w:tc>
          <w:tcPr>
            <w:tcW w:type="dxa" w:w="5103"/>
          </w:tcPr>
          <w:p>
            <w:pPr>
              <w:bidi/>
              <w:spacing w:before="360"/>
              <w:jc w:val="center"/>
            </w:pPr>
            <w:r>
              <w:rPr>
                <w:b/>
                <w:sz w:val="24"/>
                <w:szCs w:val="24"/>
                <w:bCs/>
                <w:rtl/>
              </w:rPr>
              <w:t>שֵׁם: __________</w:t>
            </w:r>
          </w:p>
          <w:p>
            <w:pPr>
              <w:bidi/>
              <w:jc w:val="center"/>
            </w:pPr>
            <w:r>
              <w:rPr>
                <w:b w:val="0"/>
                <w:sz w:val="24"/>
                <w:szCs w:val="24"/>
                <w:rtl/>
              </w:rPr>
              <w:t>💪 כֹּחַ שֶׁלִּי: ______________</w:t>
            </w:r>
          </w:p>
          <w:p>
            <w:pPr>
              <w:bidi/>
              <w:jc w:val="center"/>
            </w:pPr>
            <w:r>
              <w:rPr>
                <w:b w:val="0"/>
                <w:sz w:val="24"/>
                <w:szCs w:val="24"/>
                <w:rtl/>
              </w:rPr>
              <w:t>❤️ אֲנִי אוֹהֵב/ת: ______________</w:t>
            </w:r>
          </w:p>
          <w:p>
            <w:pPr>
              <w:bidi/>
              <w:jc w:val="center"/>
            </w:pPr>
            <w:r>
              <w:rPr>
                <w:b w:val="0"/>
                <w:sz w:val="24"/>
                <w:szCs w:val="24"/>
                <w:rtl/>
              </w:rPr>
              <w:t>🎁 אֲנִי מֵבִיא/ה לַכִּתָּה: ______________</w:t>
            </w:r>
          </w:p>
        </w:tc>
      </w:tr>
      <w:tr>
        <w:trPr>
          <w:trHeight w:val="4082"/>
        </w:trPr>
        <w:tc>
          <w:tcPr>
            <w:tcW w:type="dxa" w:w="5103"/>
          </w:tcPr>
          <w:p>
            <w:pPr>
              <w:bidi/>
              <w:spacing w:before="360"/>
              <w:jc w:val="center"/>
            </w:pPr>
            <w:r>
              <w:rPr>
                <w:b/>
                <w:sz w:val="24"/>
                <w:szCs w:val="24"/>
                <w:bCs/>
                <w:rtl/>
              </w:rPr>
              <w:t>שֵׁם: __________</w:t>
            </w:r>
          </w:p>
          <w:p>
            <w:pPr>
              <w:bidi/>
              <w:jc w:val="center"/>
            </w:pPr>
            <w:r>
              <w:rPr>
                <w:b w:val="0"/>
                <w:sz w:val="24"/>
                <w:szCs w:val="24"/>
                <w:rtl/>
              </w:rPr>
              <w:t>💪 כֹּחַ שֶׁלִּי: ______________</w:t>
            </w:r>
          </w:p>
          <w:p>
            <w:pPr>
              <w:bidi/>
              <w:jc w:val="center"/>
            </w:pPr>
            <w:r>
              <w:rPr>
                <w:b w:val="0"/>
                <w:sz w:val="24"/>
                <w:szCs w:val="24"/>
                <w:rtl/>
              </w:rPr>
              <w:t>❤️ אֲנִי אוֹהֵב/ת: ______________</w:t>
            </w:r>
          </w:p>
          <w:p>
            <w:pPr>
              <w:bidi/>
              <w:jc w:val="center"/>
            </w:pPr>
            <w:r>
              <w:rPr>
                <w:b w:val="0"/>
                <w:sz w:val="24"/>
                <w:szCs w:val="24"/>
                <w:rtl/>
              </w:rPr>
              <w:t>🎁 אֲנִי מֵבִיא/ה לַכִּתָּה: ______________</w:t>
            </w:r>
          </w:p>
        </w:tc>
        <w:tc>
          <w:tcPr>
            <w:tcW w:type="dxa" w:w="5103"/>
          </w:tcPr>
          <w:p>
            <w:pPr>
              <w:bidi/>
              <w:spacing w:before="360"/>
              <w:jc w:val="center"/>
            </w:pPr>
            <w:r>
              <w:rPr>
                <w:b/>
                <w:sz w:val="24"/>
                <w:szCs w:val="24"/>
                <w:bCs/>
                <w:rtl/>
              </w:rPr>
              <w:t>שֵׁם: __________</w:t>
            </w:r>
          </w:p>
          <w:p>
            <w:pPr>
              <w:bidi/>
              <w:jc w:val="center"/>
            </w:pPr>
            <w:r>
              <w:rPr>
                <w:b w:val="0"/>
                <w:sz w:val="24"/>
                <w:szCs w:val="24"/>
                <w:rtl/>
              </w:rPr>
              <w:t>💪 כֹּחַ שֶׁלִּי: ______________</w:t>
            </w:r>
          </w:p>
          <w:p>
            <w:pPr>
              <w:bidi/>
              <w:jc w:val="center"/>
            </w:pPr>
            <w:r>
              <w:rPr>
                <w:b w:val="0"/>
                <w:sz w:val="24"/>
                <w:szCs w:val="24"/>
                <w:rtl/>
              </w:rPr>
              <w:t>❤️ אֲנִי אוֹהֵב/ת: ______________</w:t>
            </w:r>
          </w:p>
          <w:p>
            <w:pPr>
              <w:bidi/>
              <w:jc w:val="center"/>
            </w:pPr>
            <w:r>
              <w:rPr>
                <w:b w:val="0"/>
                <w:sz w:val="24"/>
                <w:szCs w:val="24"/>
                <w:rtl/>
              </w:rPr>
              <w:t>🎁 אֲנִי מֵבִיא/ה לַכִּתָּה: ______________</w:t>
            </w:r>
          </w:p>
        </w:tc>
      </w:tr>
      <w:tr>
        <w:trPr>
          <w:trHeight w:val="4082"/>
        </w:trPr>
        <w:tc>
          <w:tcPr>
            <w:tcW w:type="dxa" w:w="5103"/>
          </w:tcPr>
          <w:p>
            <w:pPr>
              <w:bidi/>
              <w:spacing w:before="360"/>
              <w:jc w:val="center"/>
            </w:pPr>
            <w:r>
              <w:rPr>
                <w:b/>
                <w:sz w:val="24"/>
                <w:szCs w:val="24"/>
                <w:bCs/>
                <w:rtl/>
              </w:rPr>
              <w:t>שֵׁם: __________</w:t>
            </w:r>
          </w:p>
          <w:p>
            <w:pPr>
              <w:bidi/>
              <w:jc w:val="center"/>
            </w:pPr>
            <w:r>
              <w:rPr>
                <w:b w:val="0"/>
                <w:sz w:val="24"/>
                <w:szCs w:val="24"/>
                <w:rtl/>
              </w:rPr>
              <w:t>💪 כֹּחַ שֶׁלִּי: ______________</w:t>
            </w:r>
          </w:p>
          <w:p>
            <w:pPr>
              <w:bidi/>
              <w:jc w:val="center"/>
            </w:pPr>
            <w:r>
              <w:rPr>
                <w:b w:val="0"/>
                <w:sz w:val="24"/>
                <w:szCs w:val="24"/>
                <w:rtl/>
              </w:rPr>
              <w:t>❤️ אֲנִי אוֹהֵב/ת: ______________</w:t>
            </w:r>
          </w:p>
          <w:p>
            <w:pPr>
              <w:bidi/>
              <w:jc w:val="center"/>
            </w:pPr>
            <w:r>
              <w:rPr>
                <w:b w:val="0"/>
                <w:sz w:val="24"/>
                <w:szCs w:val="24"/>
                <w:rtl/>
              </w:rPr>
              <w:t>🎁 אֲנִי מֵבִיא/ה לַכִּתָּה: ______________</w:t>
            </w:r>
          </w:p>
        </w:tc>
        <w:tc>
          <w:tcPr>
            <w:tcW w:type="dxa" w:w="5103"/>
          </w:tcPr>
          <w:p>
            <w:pPr>
              <w:bidi/>
              <w:spacing w:before="360"/>
              <w:jc w:val="center"/>
            </w:pPr>
            <w:r>
              <w:rPr>
                <w:b/>
                <w:sz w:val="24"/>
                <w:szCs w:val="24"/>
                <w:bCs/>
                <w:rtl/>
              </w:rPr>
              <w:t>שֵׁם: __________</w:t>
            </w:r>
          </w:p>
          <w:p>
            <w:pPr>
              <w:bidi/>
              <w:jc w:val="center"/>
            </w:pPr>
            <w:r>
              <w:rPr>
                <w:b w:val="0"/>
                <w:sz w:val="24"/>
                <w:szCs w:val="24"/>
                <w:rtl/>
              </w:rPr>
              <w:t>💪 כֹּחַ שֶׁלִּי: ______________</w:t>
            </w:r>
          </w:p>
          <w:p>
            <w:pPr>
              <w:bidi/>
              <w:jc w:val="center"/>
            </w:pPr>
            <w:r>
              <w:rPr>
                <w:b w:val="0"/>
                <w:sz w:val="24"/>
                <w:szCs w:val="24"/>
                <w:rtl/>
              </w:rPr>
              <w:t>❤️ אֲנִי אוֹהֵב/ת: ______________</w:t>
            </w:r>
          </w:p>
          <w:p>
            <w:pPr>
              <w:bidi/>
              <w:jc w:val="center"/>
            </w:pPr>
            <w:r>
              <w:rPr>
                <w:b w:val="0"/>
                <w:sz w:val="24"/>
                <w:szCs w:val="24"/>
                <w:rtl/>
              </w:rPr>
              <w:t>🎁 אֲנִי מֵבִיא/ה לַכִּתָּה: ______________</w:t>
            </w:r>
          </w:p>
        </w:tc>
      </w:tr>
    </w:tbl>
    <w:p>
      <w:pPr>
        <w:bidi/>
        <w:jc w:val="center"/>
      </w:pPr>
      <w:r>
        <w:rPr>
          <w:b w:val="0"/>
          <w:color w:val="888888"/>
          <w:sz w:val="18"/>
          <w:szCs w:val="18"/>
          <w:rtl/>
        </w:rPr>
        <w:t>הפאזל הכיתתי · יצרה: רוית ראש בן ישי</w:t>
      </w:r>
    </w:p>
    <w:p>
      <w:r>
        <w:br w:type="page"/>
      </w:r>
    </w:p>
    <w:p>
      <w:pPr>
        <w:bidi/>
        <w:jc w:val="center"/>
      </w:pPr>
      <w:r>
        <w:rPr>
          <w:b/>
          <w:color w:val="5A3FE0"/>
          <w:sz w:val="40"/>
          <w:szCs w:val="40"/>
          <w:bCs/>
          <w:rtl/>
        </w:rPr>
        <w:t>🧩 החלק שלי – חנ״מ</w:t>
      </w:r>
    </w:p>
    <w:p>
      <w:pPr>
        <w:bidi/>
        <w:jc w:val="center"/>
      </w:pPr>
      <w:r>
        <w:rPr>
          <w:b w:val="0"/>
          <w:color w:val="6B6390"/>
          <w:sz w:val="22"/>
          <w:szCs w:val="22"/>
          <w:rtl/>
        </w:rPr>
        <w:t>מקיפים תמונות או מדביקים מדבקות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10206"/>
      </w:tblGrid>
      <w:tr>
        <w:trPr>
          <w:trHeight w:val="6236"/>
        </w:trPr>
        <w:tc>
          <w:tcPr>
            <w:tcW w:type="dxa" w:w="10206"/>
          </w:tcPr>
          <w:p>
            <w:pPr>
              <w:bidi/>
              <w:spacing w:before="360"/>
              <w:jc w:val="center"/>
            </w:pPr>
            <w:r>
              <w:rPr>
                <w:b/>
                <w:sz w:val="28"/>
                <w:szCs w:val="28"/>
                <w:bCs/>
                <w:rtl/>
              </w:rPr>
              <w:t>אני: __________</w:t>
            </w:r>
          </w:p>
          <w:p>
            <w:pPr>
              <w:bidi/>
              <w:jc w:val="center"/>
            </w:pPr>
            <w:r>
              <w:rPr>
                <w:b w:val="0"/>
                <w:sz w:val="28"/>
                <w:szCs w:val="28"/>
                <w:rtl/>
              </w:rPr>
              <w:t>🎨  ⚽  🎵  🐶</w:t>
            </w:r>
          </w:p>
          <w:p>
            <w:pPr>
              <w:bidi/>
              <w:jc w:val="center"/>
            </w:pPr>
            <w:r>
              <w:rPr>
                <w:b w:val="0"/>
                <w:sz w:val="28"/>
                <w:szCs w:val="28"/>
                <w:rtl/>
              </w:rPr>
              <w:t>🍕  📚  🤗  😄</w:t>
            </w:r>
          </w:p>
        </w:tc>
      </w:tr>
      <w:tr>
        <w:trPr>
          <w:trHeight w:val="6236"/>
        </w:trPr>
        <w:tc>
          <w:tcPr>
            <w:tcW w:type="dxa" w:w="10206"/>
          </w:tcPr>
          <w:p>
            <w:pPr>
              <w:bidi/>
              <w:spacing w:before="360"/>
              <w:jc w:val="center"/>
            </w:pPr>
            <w:r>
              <w:rPr>
                <w:b/>
                <w:sz w:val="28"/>
                <w:szCs w:val="28"/>
                <w:bCs/>
                <w:rtl/>
              </w:rPr>
              <w:t>אני: __________</w:t>
            </w:r>
          </w:p>
          <w:p>
            <w:pPr>
              <w:bidi/>
              <w:jc w:val="center"/>
            </w:pPr>
            <w:r>
              <w:rPr>
                <w:b w:val="0"/>
                <w:sz w:val="28"/>
                <w:szCs w:val="28"/>
                <w:rtl/>
              </w:rPr>
              <w:t>🎨  ⚽  🎵  🐶</w:t>
            </w:r>
          </w:p>
          <w:p>
            <w:pPr>
              <w:bidi/>
              <w:jc w:val="center"/>
            </w:pPr>
            <w:r>
              <w:rPr>
                <w:b w:val="0"/>
                <w:sz w:val="28"/>
                <w:szCs w:val="28"/>
                <w:rtl/>
              </w:rPr>
              <w:t>🍕  📚  🤗  😄</w:t>
            </w:r>
          </w:p>
        </w:tc>
      </w:tr>
    </w:tbl>
    <w:p>
      <w:pPr>
        <w:bidi/>
        <w:jc w:val="center"/>
      </w:pPr>
      <w:r>
        <w:rPr>
          <w:b w:val="0"/>
          <w:color w:val="888888"/>
          <w:sz w:val="18"/>
          <w:szCs w:val="18"/>
          <w:rtl/>
        </w:rPr>
        <w:t>הפאזל הכיתתי · יצרה: רוית ראש בן ישי</w:t>
      </w:r>
    </w:p>
    <w:p>
      <w:r>
        <w:br w:type="page"/>
      </w:r>
    </w:p>
    <w:p>
      <w:pPr>
        <w:bidi/>
        <w:jc w:val="center"/>
      </w:pPr>
      <w:r>
        <w:rPr>
          <w:b w:val="0"/>
          <w:sz w:val="22"/>
          <w:szCs w:val="22"/>
          <w:rtl/>
        </w:rPr>
        <w:t>💡 בגרסת ה־PDF יש גם דף חלקי פאזל ריקים בצורת פאזל אמיתי לגזירה.</w:t>
      </w:r>
    </w:p>
    <w:sectPr w:rsidR="00FC693F" w:rsidRPr="0006063C" w:rsidSect="00034616">
      <w:pgSz w:w="11906" w:h="16838"/>
      <w:pgMar w:top="850" w:right="850" w:bottom="850" w:left="85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/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